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4F9A" w14:textId="77777777" w:rsidR="00762230" w:rsidRDefault="00762230" w:rsidP="0076223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1AB3801" wp14:editId="00907115">
            <wp:extent cx="1133475" cy="704850"/>
            <wp:effectExtent l="0" t="0" r="9525" b="0"/>
            <wp:docPr id="17544689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68999" name="Picture 17544689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08A01" w14:textId="77777777" w:rsidR="00762230" w:rsidRPr="00C7693D" w:rsidRDefault="00762230" w:rsidP="00762230">
      <w:pPr>
        <w:rPr>
          <w:sz w:val="52"/>
          <w:szCs w:val="52"/>
        </w:rPr>
      </w:pPr>
      <w:r w:rsidRPr="00C7693D">
        <w:rPr>
          <w:b/>
          <w:sz w:val="52"/>
          <w:szCs w:val="52"/>
        </w:rPr>
        <w:t>Market Research Made Simple</w:t>
      </w:r>
    </w:p>
    <w:p w14:paraId="38C3029F" w14:textId="6C3B0603" w:rsidR="00CD3627" w:rsidRPr="00762230" w:rsidRDefault="00000000">
      <w:pPr>
        <w:rPr>
          <w:sz w:val="32"/>
          <w:szCs w:val="32"/>
        </w:rPr>
      </w:pPr>
      <w:r w:rsidRPr="00762230">
        <w:rPr>
          <w:b/>
          <w:sz w:val="32"/>
          <w:szCs w:val="32"/>
        </w:rPr>
        <w:t>Lesson 8 Worksheet</w:t>
      </w:r>
      <w:r w:rsidR="00762230" w:rsidRPr="00762230">
        <w:rPr>
          <w:sz w:val="32"/>
          <w:szCs w:val="32"/>
        </w:rPr>
        <w:t xml:space="preserve"> - </w:t>
      </w:r>
      <w:r w:rsidRPr="00762230">
        <w:rPr>
          <w:b/>
          <w:sz w:val="32"/>
          <w:szCs w:val="32"/>
        </w:rPr>
        <w:t>Visit the Market</w:t>
      </w:r>
    </w:p>
    <w:p w14:paraId="2C486894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Lesson Objective</w:t>
      </w:r>
    </w:p>
    <w:p w14:paraId="70E0AEEF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Observe customers and businesses in real-world settings to identify behaviours, frustrations, opportunities, and ideas you can apply to your own business.</w:t>
      </w:r>
    </w:p>
    <w:p w14:paraId="76A3F75D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Complete Your Challenge Activity</w:t>
      </w:r>
    </w:p>
    <w:p w14:paraId="0B55A466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Visit a local business, shopping district, market, or community event. Spend at least 30 minutes observing. Record your observations below.</w:t>
      </w:r>
    </w:p>
    <w:p w14:paraId="6F908909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Where Did You Visit?</w:t>
      </w:r>
    </w:p>
    <w:p w14:paraId="16E61003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130112BE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Three Things Customers Seem to Enjoy</w:t>
      </w:r>
    </w:p>
    <w:p w14:paraId="2B38B9B9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3A39B89D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Three Frustrations You Noticed</w:t>
      </w:r>
    </w:p>
    <w:p w14:paraId="536C20AC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762E44D1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Three Questions Customers Asked</w:t>
      </w:r>
    </w:p>
    <w:p w14:paraId="6812FA10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3B1026A2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One Thing That Impressed You</w:t>
      </w:r>
    </w:p>
    <w:p w14:paraId="75A6E120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lastRenderedPageBreak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1E178562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One Opportunity You Believe Another Business Could Improve</w:t>
      </w:r>
    </w:p>
    <w:p w14:paraId="0764C4B7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3FDB583A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Additional Observations</w:t>
      </w:r>
    </w:p>
    <w:p w14:paraId="5CD4884E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607DED01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Business Coach Tip</w:t>
      </w:r>
    </w:p>
    <w:p w14:paraId="59FA22F1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 xml:space="preserve">Carry a </w:t>
      </w:r>
      <w:proofErr w:type="gramStart"/>
      <w:r w:rsidRPr="003B063C">
        <w:rPr>
          <w:sz w:val="24"/>
          <w:szCs w:val="24"/>
        </w:rPr>
        <w:t>notebook, or</w:t>
      </w:r>
      <w:proofErr w:type="gramEnd"/>
      <w:r w:rsidRPr="003B063C">
        <w:rPr>
          <w:sz w:val="24"/>
          <w:szCs w:val="24"/>
        </w:rPr>
        <w:t xml:space="preserve"> use the notes app on your phone.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br/>
        <w:t>The best business ideas often appear when you're not looking for them.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br/>
        <w:t>Write down anything that surprises you, impresses you, or makes you think: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br/>
      </w:r>
      <w:r w:rsidRPr="00AC710E">
        <w:rPr>
          <w:i/>
          <w:iCs/>
          <w:sz w:val="24"/>
          <w:szCs w:val="24"/>
        </w:rPr>
        <w:t>"I wish more businesses did that."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br/>
        <w:t>Those small observations can become some of your biggest competitive advantages.</w:t>
      </w:r>
    </w:p>
    <w:p w14:paraId="6C1B60BF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Key Insight</w:t>
      </w:r>
    </w:p>
    <w:p w14:paraId="715B807C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What was the most valuable thing you learned by observing customers in the real world?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5E5D140C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Reflection</w:t>
      </w:r>
    </w:p>
    <w:p w14:paraId="33D70C11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How can you use today's observations to improve your own customer experience?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br/>
        <w:t>______________________________________________________________</w:t>
      </w:r>
      <w:r w:rsidRPr="003B063C">
        <w:rPr>
          <w:sz w:val="24"/>
          <w:szCs w:val="24"/>
        </w:rPr>
        <w:br/>
      </w:r>
      <w:r w:rsidRPr="003B063C">
        <w:rPr>
          <w:sz w:val="24"/>
          <w:szCs w:val="24"/>
        </w:rPr>
        <w:lastRenderedPageBreak/>
        <w:t>______________________________________________________________</w:t>
      </w:r>
      <w:r w:rsidRPr="003B063C">
        <w:rPr>
          <w:sz w:val="24"/>
          <w:szCs w:val="24"/>
        </w:rPr>
        <w:br/>
        <w:t>______________________________________________________________</w:t>
      </w:r>
    </w:p>
    <w:p w14:paraId="5BF6BDBE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Today's Checklist</w:t>
      </w:r>
    </w:p>
    <w:p w14:paraId="23DA0C80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☐ I spent at least 30 minutes observing.</w:t>
      </w:r>
    </w:p>
    <w:p w14:paraId="7F1E423E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☐ I identified what customers enjoy.</w:t>
      </w:r>
    </w:p>
    <w:p w14:paraId="46E04A1F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☐ I identified customer frustrations.</w:t>
      </w:r>
    </w:p>
    <w:p w14:paraId="25885C02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☐ I recorded questions customers asked.</w:t>
      </w:r>
    </w:p>
    <w:p w14:paraId="7B3E7CE8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☐ I identified at least one opportunity for improvement.</w:t>
      </w:r>
    </w:p>
    <w:p w14:paraId="0146B5B5" w14:textId="77777777" w:rsidR="00CD3627" w:rsidRPr="003B063C" w:rsidRDefault="00000000">
      <w:pPr>
        <w:rPr>
          <w:sz w:val="24"/>
          <w:szCs w:val="24"/>
        </w:rPr>
      </w:pPr>
      <w:r w:rsidRPr="003B063C">
        <w:rPr>
          <w:b/>
          <w:sz w:val="24"/>
          <w:szCs w:val="24"/>
        </w:rPr>
        <w:t>Need Help?</w:t>
      </w:r>
    </w:p>
    <w:p w14:paraId="10B59655" w14:textId="77777777" w:rsidR="00CD3627" w:rsidRPr="003B063C" w:rsidRDefault="00000000">
      <w:pPr>
        <w:rPr>
          <w:sz w:val="24"/>
          <w:szCs w:val="24"/>
        </w:rPr>
      </w:pPr>
      <w:r w:rsidRPr="003B063C">
        <w:rPr>
          <w:sz w:val="24"/>
          <w:szCs w:val="24"/>
        </w:rPr>
        <w:t>If today's observations sparked new ideas or raised new questions, the Hamilton Business Centre is here to help. Our Business Advisors offer free one-on-one consultations to help you interpret your findings, identify opportunities, and continue building your business with confidence.</w:t>
      </w:r>
    </w:p>
    <w:sectPr w:rsidR="00CD3627" w:rsidRPr="003B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DD83" w14:textId="77777777" w:rsidR="00DE4335" w:rsidRDefault="00DE4335" w:rsidP="003B063C">
      <w:pPr>
        <w:spacing w:after="0" w:line="240" w:lineRule="auto"/>
      </w:pPr>
      <w:r>
        <w:separator/>
      </w:r>
    </w:p>
  </w:endnote>
  <w:endnote w:type="continuationSeparator" w:id="0">
    <w:p w14:paraId="3EF7E512" w14:textId="77777777" w:rsidR="00DE4335" w:rsidRDefault="00DE4335" w:rsidP="003B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BE98" w14:textId="1B01A5CF" w:rsidR="003B063C" w:rsidRPr="00AC710E" w:rsidRDefault="00AC710E" w:rsidP="00AC710E">
    <w:pPr>
      <w:pStyle w:val="Footer"/>
      <w:jc w:val="center"/>
    </w:pPr>
    <w:r w:rsidRPr="00AC710E">
      <w:t>Market Research Made Simple | www.hamiltonbusinesscentre.ca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1234" w14:textId="77777777" w:rsidR="00DE4335" w:rsidRDefault="00DE4335" w:rsidP="003B063C">
      <w:pPr>
        <w:spacing w:after="0" w:line="240" w:lineRule="auto"/>
      </w:pPr>
      <w:r>
        <w:separator/>
      </w:r>
    </w:p>
  </w:footnote>
  <w:footnote w:type="continuationSeparator" w:id="0">
    <w:p w14:paraId="36489F15" w14:textId="77777777" w:rsidR="00DE4335" w:rsidRDefault="00DE4335" w:rsidP="003B0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705701">
    <w:abstractNumId w:val="8"/>
  </w:num>
  <w:num w:numId="2" w16cid:durableId="1996640080">
    <w:abstractNumId w:val="6"/>
  </w:num>
  <w:num w:numId="3" w16cid:durableId="74783882">
    <w:abstractNumId w:val="5"/>
  </w:num>
  <w:num w:numId="4" w16cid:durableId="1151941046">
    <w:abstractNumId w:val="4"/>
  </w:num>
  <w:num w:numId="5" w16cid:durableId="1204362518">
    <w:abstractNumId w:val="7"/>
  </w:num>
  <w:num w:numId="6" w16cid:durableId="100733109">
    <w:abstractNumId w:val="3"/>
  </w:num>
  <w:num w:numId="7" w16cid:durableId="1973288965">
    <w:abstractNumId w:val="2"/>
  </w:num>
  <w:num w:numId="8" w16cid:durableId="2095935029">
    <w:abstractNumId w:val="1"/>
  </w:num>
  <w:num w:numId="9" w16cid:durableId="228929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0045"/>
    <w:rsid w:val="0029639D"/>
    <w:rsid w:val="00326F90"/>
    <w:rsid w:val="003B063C"/>
    <w:rsid w:val="00731987"/>
    <w:rsid w:val="00762230"/>
    <w:rsid w:val="00987656"/>
    <w:rsid w:val="00AA1D8D"/>
    <w:rsid w:val="00AC710E"/>
    <w:rsid w:val="00AF4A61"/>
    <w:rsid w:val="00B12EC6"/>
    <w:rsid w:val="00B47730"/>
    <w:rsid w:val="00CB0664"/>
    <w:rsid w:val="00CD3627"/>
    <w:rsid w:val="00DE43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E61C60"/>
  <w14:defaultImageDpi w14:val="300"/>
  <w15:docId w15:val="{7D20AF3A-6EE6-4EDF-8B49-84CB11DF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Russell, Keith</cp:lastModifiedBy>
  <cp:revision>4</cp:revision>
  <dcterms:created xsi:type="dcterms:W3CDTF">2013-12-23T23:15:00Z</dcterms:created>
  <dcterms:modified xsi:type="dcterms:W3CDTF">2026-07-23T11:44:00Z</dcterms:modified>
  <cp:category/>
</cp:coreProperties>
</file>