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6BFE" w14:textId="77777777" w:rsidR="00550D0D" w:rsidRDefault="00550D0D" w:rsidP="00550D0D">
      <w:pPr>
        <w:rPr>
          <w:b/>
          <w:sz w:val="24"/>
          <w:szCs w:val="24"/>
        </w:rPr>
      </w:pPr>
      <w:r>
        <w:rPr>
          <w:b/>
          <w:noProof/>
          <w:sz w:val="24"/>
          <w:szCs w:val="24"/>
        </w:rPr>
        <w:drawing>
          <wp:inline distT="0" distB="0" distL="0" distR="0" wp14:anchorId="2DE176A7" wp14:editId="3D91B4FE">
            <wp:extent cx="1133475" cy="704850"/>
            <wp:effectExtent l="0" t="0" r="9525" b="0"/>
            <wp:docPr id="1754468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68999" name="Picture 1754468999"/>
                    <pic:cNvPicPr/>
                  </pic:nvPicPr>
                  <pic:blipFill>
                    <a:blip r:embed="rId8"/>
                    <a:stretch>
                      <a:fillRect/>
                    </a:stretch>
                  </pic:blipFill>
                  <pic:spPr>
                    <a:xfrm>
                      <a:off x="0" y="0"/>
                      <a:ext cx="1133475" cy="704850"/>
                    </a:xfrm>
                    <a:prstGeom prst="rect">
                      <a:avLst/>
                    </a:prstGeom>
                  </pic:spPr>
                </pic:pic>
              </a:graphicData>
            </a:graphic>
          </wp:inline>
        </w:drawing>
      </w:r>
    </w:p>
    <w:p w14:paraId="5AB6B242" w14:textId="77777777" w:rsidR="00550D0D" w:rsidRPr="00C7693D" w:rsidRDefault="00550D0D" w:rsidP="00550D0D">
      <w:pPr>
        <w:rPr>
          <w:sz w:val="52"/>
          <w:szCs w:val="52"/>
        </w:rPr>
      </w:pPr>
      <w:r w:rsidRPr="00C7693D">
        <w:rPr>
          <w:b/>
          <w:sz w:val="52"/>
          <w:szCs w:val="52"/>
        </w:rPr>
        <w:t>Market Research Made Simple</w:t>
      </w:r>
    </w:p>
    <w:p w14:paraId="1D6C13EB" w14:textId="55E425F6" w:rsidR="006E046B" w:rsidRPr="00550D0D" w:rsidRDefault="00000000">
      <w:pPr>
        <w:rPr>
          <w:sz w:val="32"/>
          <w:szCs w:val="32"/>
        </w:rPr>
      </w:pPr>
      <w:r w:rsidRPr="00550D0D">
        <w:rPr>
          <w:b/>
          <w:sz w:val="32"/>
          <w:szCs w:val="32"/>
        </w:rPr>
        <w:t>Lesson 7 Worksheet</w:t>
      </w:r>
      <w:r w:rsidR="00550D0D" w:rsidRPr="00550D0D">
        <w:rPr>
          <w:sz w:val="32"/>
          <w:szCs w:val="32"/>
        </w:rPr>
        <w:t xml:space="preserve"> - </w:t>
      </w:r>
      <w:r w:rsidRPr="00550D0D">
        <w:rPr>
          <w:b/>
          <w:sz w:val="32"/>
          <w:szCs w:val="32"/>
        </w:rPr>
        <w:t>Price Like a Pro</w:t>
      </w:r>
    </w:p>
    <w:p w14:paraId="5644E45A" w14:textId="77777777" w:rsidR="006E046B" w:rsidRPr="009D3F70" w:rsidRDefault="00000000">
      <w:pPr>
        <w:rPr>
          <w:sz w:val="24"/>
          <w:szCs w:val="24"/>
        </w:rPr>
      </w:pPr>
      <w:r w:rsidRPr="009D3F70">
        <w:rPr>
          <w:b/>
          <w:sz w:val="24"/>
          <w:szCs w:val="24"/>
        </w:rPr>
        <w:t>Lesson Objective</w:t>
      </w:r>
    </w:p>
    <w:p w14:paraId="2BF94390" w14:textId="77777777" w:rsidR="006E046B" w:rsidRPr="009D3F70" w:rsidRDefault="00000000">
      <w:pPr>
        <w:rPr>
          <w:sz w:val="24"/>
          <w:szCs w:val="24"/>
        </w:rPr>
      </w:pPr>
      <w:r w:rsidRPr="009D3F70">
        <w:rPr>
          <w:sz w:val="24"/>
          <w:szCs w:val="24"/>
        </w:rPr>
        <w:t>Research competitor pricing, understand the value behind different pricing strategies, and begin positioning your business with confidence.</w:t>
      </w:r>
    </w:p>
    <w:p w14:paraId="14A1B040" w14:textId="77777777" w:rsidR="006E046B" w:rsidRPr="009D3F70" w:rsidRDefault="00000000">
      <w:pPr>
        <w:rPr>
          <w:sz w:val="24"/>
          <w:szCs w:val="24"/>
        </w:rPr>
      </w:pPr>
      <w:r w:rsidRPr="009D3F70">
        <w:rPr>
          <w:b/>
          <w:sz w:val="24"/>
          <w:szCs w:val="24"/>
        </w:rPr>
        <w:t>Complete Your Challenge Activity</w:t>
      </w:r>
    </w:p>
    <w:p w14:paraId="19F33EED" w14:textId="77777777" w:rsidR="006E046B" w:rsidRPr="009D3F70" w:rsidRDefault="00000000">
      <w:pPr>
        <w:rPr>
          <w:sz w:val="24"/>
          <w:szCs w:val="24"/>
        </w:rPr>
      </w:pPr>
      <w:r w:rsidRPr="009D3F70">
        <w:rPr>
          <w:sz w:val="24"/>
          <w:szCs w:val="24"/>
        </w:rPr>
        <w:t>Choose three competitors and compare their pricing. Look beyond the price tag to understand the value they provide and how they position themselves in the market.</w:t>
      </w:r>
    </w:p>
    <w:p w14:paraId="23C1BC00" w14:textId="77777777" w:rsidR="006E046B" w:rsidRPr="009D3F70" w:rsidRDefault="00000000">
      <w:pPr>
        <w:rPr>
          <w:sz w:val="24"/>
          <w:szCs w:val="24"/>
        </w:rPr>
      </w:pPr>
      <w:r w:rsidRPr="009D3F70">
        <w:rPr>
          <w:b/>
          <w:sz w:val="24"/>
          <w:szCs w:val="24"/>
        </w:rPr>
        <w:t>Competitor #1</w:t>
      </w:r>
    </w:p>
    <w:p w14:paraId="5A5624CA" w14:textId="77777777" w:rsidR="006E046B" w:rsidRPr="009D3F70" w:rsidRDefault="00000000">
      <w:pPr>
        <w:rPr>
          <w:sz w:val="24"/>
          <w:szCs w:val="24"/>
        </w:rPr>
      </w:pPr>
      <w:r w:rsidRPr="009D3F70">
        <w:rPr>
          <w:b/>
          <w:sz w:val="24"/>
          <w:szCs w:val="24"/>
        </w:rPr>
        <w:t>Business Name</w:t>
      </w:r>
    </w:p>
    <w:p w14:paraId="35CE3C97"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43F73337" w14:textId="77777777" w:rsidR="006E046B" w:rsidRPr="009D3F70" w:rsidRDefault="00000000">
      <w:pPr>
        <w:rPr>
          <w:sz w:val="24"/>
          <w:szCs w:val="24"/>
        </w:rPr>
      </w:pPr>
      <w:r w:rsidRPr="009D3F70">
        <w:rPr>
          <w:b/>
          <w:sz w:val="24"/>
          <w:szCs w:val="24"/>
        </w:rPr>
        <w:t>What do they charge?</w:t>
      </w:r>
    </w:p>
    <w:p w14:paraId="7D748DF5"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7B76ED0E" w14:textId="77777777" w:rsidR="006E046B" w:rsidRPr="009D3F70" w:rsidRDefault="00000000">
      <w:pPr>
        <w:rPr>
          <w:sz w:val="24"/>
          <w:szCs w:val="24"/>
        </w:rPr>
      </w:pPr>
      <w:r w:rsidRPr="009D3F70">
        <w:rPr>
          <w:b/>
          <w:sz w:val="24"/>
          <w:szCs w:val="24"/>
        </w:rPr>
        <w:t>What products or services are included?</w:t>
      </w:r>
    </w:p>
    <w:p w14:paraId="1C71386F"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3E8EC806" w14:textId="77777777" w:rsidR="006E046B" w:rsidRPr="009D3F70" w:rsidRDefault="00000000">
      <w:pPr>
        <w:rPr>
          <w:sz w:val="24"/>
          <w:szCs w:val="24"/>
        </w:rPr>
      </w:pPr>
      <w:r w:rsidRPr="009D3F70">
        <w:rPr>
          <w:b/>
          <w:sz w:val="24"/>
          <w:szCs w:val="24"/>
        </w:rPr>
        <w:t>Do they offer packages or pricing tiers?</w:t>
      </w:r>
    </w:p>
    <w:p w14:paraId="069C75E2"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3B632190" w14:textId="77777777" w:rsidR="006E046B" w:rsidRPr="009D3F70" w:rsidRDefault="00000000">
      <w:pPr>
        <w:rPr>
          <w:sz w:val="24"/>
          <w:szCs w:val="24"/>
        </w:rPr>
      </w:pPr>
      <w:r w:rsidRPr="009D3F70">
        <w:rPr>
          <w:b/>
          <w:sz w:val="24"/>
          <w:szCs w:val="24"/>
        </w:rPr>
        <w:t>What value are they emphasizing?</w:t>
      </w:r>
    </w:p>
    <w:p w14:paraId="650B6F92" w14:textId="77777777" w:rsidR="006E046B" w:rsidRPr="009D3F70" w:rsidRDefault="00000000">
      <w:pPr>
        <w:rPr>
          <w:sz w:val="24"/>
          <w:szCs w:val="24"/>
        </w:rPr>
      </w:pPr>
      <w:r w:rsidRPr="009D3F70">
        <w:rPr>
          <w:sz w:val="24"/>
          <w:szCs w:val="24"/>
        </w:rPr>
        <w:lastRenderedPageBreak/>
        <w:t>____________________________________________________________</w:t>
      </w:r>
      <w:r w:rsidRPr="009D3F70">
        <w:rPr>
          <w:sz w:val="24"/>
          <w:szCs w:val="24"/>
        </w:rPr>
        <w:br/>
        <w:t>____________________________________________________________</w:t>
      </w:r>
    </w:p>
    <w:p w14:paraId="02C42137" w14:textId="77777777" w:rsidR="006E046B" w:rsidRPr="009D3F70" w:rsidRDefault="00000000">
      <w:pPr>
        <w:rPr>
          <w:sz w:val="24"/>
          <w:szCs w:val="24"/>
        </w:rPr>
      </w:pPr>
      <w:r w:rsidRPr="009D3F70">
        <w:rPr>
          <w:b/>
          <w:sz w:val="24"/>
          <w:szCs w:val="24"/>
        </w:rPr>
        <w:t>Who do you think they're trying to attract?</w:t>
      </w:r>
    </w:p>
    <w:p w14:paraId="393AE10B"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22D84754" w14:textId="77777777" w:rsidR="006E046B" w:rsidRPr="009D3F70" w:rsidRDefault="00000000">
      <w:pPr>
        <w:rPr>
          <w:sz w:val="24"/>
          <w:szCs w:val="24"/>
        </w:rPr>
      </w:pPr>
      <w:r w:rsidRPr="009D3F70">
        <w:rPr>
          <w:b/>
          <w:sz w:val="24"/>
          <w:szCs w:val="24"/>
        </w:rPr>
        <w:t xml:space="preserve">If you were a customer, would you understand why their </w:t>
      </w:r>
      <w:proofErr w:type="gramStart"/>
      <w:r w:rsidRPr="009D3F70">
        <w:rPr>
          <w:b/>
          <w:sz w:val="24"/>
          <w:szCs w:val="24"/>
        </w:rPr>
        <w:t>pricing</w:t>
      </w:r>
      <w:proofErr w:type="gramEnd"/>
      <w:r w:rsidRPr="009D3F70">
        <w:rPr>
          <w:b/>
          <w:sz w:val="24"/>
          <w:szCs w:val="24"/>
        </w:rPr>
        <w:t xml:space="preserve"> is different? Why or why not?</w:t>
      </w:r>
    </w:p>
    <w:p w14:paraId="5E35344F"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3A24AFE3" w14:textId="77777777" w:rsidR="006E046B" w:rsidRPr="009D3F70" w:rsidRDefault="00000000">
      <w:pPr>
        <w:rPr>
          <w:sz w:val="24"/>
          <w:szCs w:val="24"/>
        </w:rPr>
      </w:pPr>
      <w:r w:rsidRPr="009D3F70">
        <w:rPr>
          <w:b/>
          <w:sz w:val="24"/>
          <w:szCs w:val="24"/>
        </w:rPr>
        <w:t>Competitor #2</w:t>
      </w:r>
    </w:p>
    <w:p w14:paraId="2C7C749A" w14:textId="77777777" w:rsidR="006E046B" w:rsidRPr="009D3F70" w:rsidRDefault="00000000">
      <w:pPr>
        <w:rPr>
          <w:sz w:val="24"/>
          <w:szCs w:val="24"/>
        </w:rPr>
      </w:pPr>
      <w:r w:rsidRPr="009D3F70">
        <w:rPr>
          <w:b/>
          <w:sz w:val="24"/>
          <w:szCs w:val="24"/>
        </w:rPr>
        <w:t>Business Name</w:t>
      </w:r>
    </w:p>
    <w:p w14:paraId="3D920951"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267C4C4F" w14:textId="77777777" w:rsidR="006E046B" w:rsidRPr="009D3F70" w:rsidRDefault="00000000">
      <w:pPr>
        <w:rPr>
          <w:sz w:val="24"/>
          <w:szCs w:val="24"/>
        </w:rPr>
      </w:pPr>
      <w:r w:rsidRPr="009D3F70">
        <w:rPr>
          <w:b/>
          <w:sz w:val="24"/>
          <w:szCs w:val="24"/>
        </w:rPr>
        <w:t>What do they charge?</w:t>
      </w:r>
    </w:p>
    <w:p w14:paraId="09882B0D"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47E8359D" w14:textId="77777777" w:rsidR="006E046B" w:rsidRPr="009D3F70" w:rsidRDefault="00000000">
      <w:pPr>
        <w:rPr>
          <w:sz w:val="24"/>
          <w:szCs w:val="24"/>
        </w:rPr>
      </w:pPr>
      <w:r w:rsidRPr="009D3F70">
        <w:rPr>
          <w:b/>
          <w:sz w:val="24"/>
          <w:szCs w:val="24"/>
        </w:rPr>
        <w:t>What products or services are included?</w:t>
      </w:r>
    </w:p>
    <w:p w14:paraId="325DA21A"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4D207FA9" w14:textId="77777777" w:rsidR="006E046B" w:rsidRPr="009D3F70" w:rsidRDefault="00000000">
      <w:pPr>
        <w:rPr>
          <w:sz w:val="24"/>
          <w:szCs w:val="24"/>
        </w:rPr>
      </w:pPr>
      <w:r w:rsidRPr="009D3F70">
        <w:rPr>
          <w:b/>
          <w:sz w:val="24"/>
          <w:szCs w:val="24"/>
        </w:rPr>
        <w:t>Do they offer packages or pricing tiers?</w:t>
      </w:r>
    </w:p>
    <w:p w14:paraId="72CE436B"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6DFD5595" w14:textId="77777777" w:rsidR="006E046B" w:rsidRPr="009D3F70" w:rsidRDefault="00000000">
      <w:pPr>
        <w:rPr>
          <w:sz w:val="24"/>
          <w:szCs w:val="24"/>
        </w:rPr>
      </w:pPr>
      <w:r w:rsidRPr="009D3F70">
        <w:rPr>
          <w:b/>
          <w:sz w:val="24"/>
          <w:szCs w:val="24"/>
        </w:rPr>
        <w:t>What value are they emphasizing?</w:t>
      </w:r>
    </w:p>
    <w:p w14:paraId="2AC91CC2"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0060FA0C" w14:textId="77777777" w:rsidR="006E046B" w:rsidRPr="009D3F70" w:rsidRDefault="00000000">
      <w:pPr>
        <w:rPr>
          <w:sz w:val="24"/>
          <w:szCs w:val="24"/>
        </w:rPr>
      </w:pPr>
      <w:r w:rsidRPr="009D3F70">
        <w:rPr>
          <w:b/>
          <w:sz w:val="24"/>
          <w:szCs w:val="24"/>
        </w:rPr>
        <w:t>Who do you think they're trying to attract?</w:t>
      </w:r>
    </w:p>
    <w:p w14:paraId="23656159"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035455A6" w14:textId="77777777" w:rsidR="006E046B" w:rsidRPr="009D3F70" w:rsidRDefault="00000000">
      <w:pPr>
        <w:rPr>
          <w:sz w:val="24"/>
          <w:szCs w:val="24"/>
        </w:rPr>
      </w:pPr>
      <w:r w:rsidRPr="009D3F70">
        <w:rPr>
          <w:b/>
          <w:sz w:val="24"/>
          <w:szCs w:val="24"/>
        </w:rPr>
        <w:lastRenderedPageBreak/>
        <w:t xml:space="preserve">If you were a customer, would you understand why their </w:t>
      </w:r>
      <w:proofErr w:type="gramStart"/>
      <w:r w:rsidRPr="009D3F70">
        <w:rPr>
          <w:b/>
          <w:sz w:val="24"/>
          <w:szCs w:val="24"/>
        </w:rPr>
        <w:t>pricing</w:t>
      </w:r>
      <w:proofErr w:type="gramEnd"/>
      <w:r w:rsidRPr="009D3F70">
        <w:rPr>
          <w:b/>
          <w:sz w:val="24"/>
          <w:szCs w:val="24"/>
        </w:rPr>
        <w:t xml:space="preserve"> is different? Why or why not?</w:t>
      </w:r>
    </w:p>
    <w:p w14:paraId="556679A6"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5755C5EC" w14:textId="77777777" w:rsidR="006E046B" w:rsidRPr="009D3F70" w:rsidRDefault="00000000">
      <w:pPr>
        <w:rPr>
          <w:sz w:val="24"/>
          <w:szCs w:val="24"/>
        </w:rPr>
      </w:pPr>
      <w:r w:rsidRPr="009D3F70">
        <w:rPr>
          <w:b/>
          <w:sz w:val="24"/>
          <w:szCs w:val="24"/>
        </w:rPr>
        <w:t>Competitor #3</w:t>
      </w:r>
    </w:p>
    <w:p w14:paraId="1096DFCE" w14:textId="77777777" w:rsidR="006E046B" w:rsidRPr="009D3F70" w:rsidRDefault="00000000">
      <w:pPr>
        <w:rPr>
          <w:sz w:val="24"/>
          <w:szCs w:val="24"/>
        </w:rPr>
      </w:pPr>
      <w:r w:rsidRPr="009D3F70">
        <w:rPr>
          <w:b/>
          <w:sz w:val="24"/>
          <w:szCs w:val="24"/>
        </w:rPr>
        <w:t>Business Name</w:t>
      </w:r>
    </w:p>
    <w:p w14:paraId="071498FD"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3C3DC966" w14:textId="77777777" w:rsidR="006E046B" w:rsidRPr="009D3F70" w:rsidRDefault="00000000">
      <w:pPr>
        <w:rPr>
          <w:sz w:val="24"/>
          <w:szCs w:val="24"/>
        </w:rPr>
      </w:pPr>
      <w:r w:rsidRPr="009D3F70">
        <w:rPr>
          <w:b/>
          <w:sz w:val="24"/>
          <w:szCs w:val="24"/>
        </w:rPr>
        <w:t>What do they charge?</w:t>
      </w:r>
    </w:p>
    <w:p w14:paraId="29641D55"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00C6001A" w14:textId="77777777" w:rsidR="006E046B" w:rsidRPr="009D3F70" w:rsidRDefault="00000000">
      <w:pPr>
        <w:rPr>
          <w:sz w:val="24"/>
          <w:szCs w:val="24"/>
        </w:rPr>
      </w:pPr>
      <w:r w:rsidRPr="009D3F70">
        <w:rPr>
          <w:b/>
          <w:sz w:val="24"/>
          <w:szCs w:val="24"/>
        </w:rPr>
        <w:t>What products or services are included?</w:t>
      </w:r>
    </w:p>
    <w:p w14:paraId="46FE9E17"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3103BE7C" w14:textId="77777777" w:rsidR="006E046B" w:rsidRPr="009D3F70" w:rsidRDefault="00000000">
      <w:pPr>
        <w:rPr>
          <w:sz w:val="24"/>
          <w:szCs w:val="24"/>
        </w:rPr>
      </w:pPr>
      <w:r w:rsidRPr="009D3F70">
        <w:rPr>
          <w:b/>
          <w:sz w:val="24"/>
          <w:szCs w:val="24"/>
        </w:rPr>
        <w:t>Do they offer packages or pricing tiers?</w:t>
      </w:r>
    </w:p>
    <w:p w14:paraId="77AF7016"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206C026A" w14:textId="77777777" w:rsidR="006E046B" w:rsidRPr="009D3F70" w:rsidRDefault="00000000">
      <w:pPr>
        <w:rPr>
          <w:sz w:val="24"/>
          <w:szCs w:val="24"/>
        </w:rPr>
      </w:pPr>
      <w:r w:rsidRPr="009D3F70">
        <w:rPr>
          <w:b/>
          <w:sz w:val="24"/>
          <w:szCs w:val="24"/>
        </w:rPr>
        <w:t>What value are they emphasizing?</w:t>
      </w:r>
    </w:p>
    <w:p w14:paraId="6AA57140"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67F68ECC" w14:textId="77777777" w:rsidR="006E046B" w:rsidRPr="009D3F70" w:rsidRDefault="00000000">
      <w:pPr>
        <w:rPr>
          <w:sz w:val="24"/>
          <w:szCs w:val="24"/>
        </w:rPr>
      </w:pPr>
      <w:r w:rsidRPr="009D3F70">
        <w:rPr>
          <w:b/>
          <w:sz w:val="24"/>
          <w:szCs w:val="24"/>
        </w:rPr>
        <w:t>Who do you think they're trying to attract?</w:t>
      </w:r>
    </w:p>
    <w:p w14:paraId="78D10D2F"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06F3C58E" w14:textId="77777777" w:rsidR="006E046B" w:rsidRPr="009D3F70" w:rsidRDefault="00000000">
      <w:pPr>
        <w:rPr>
          <w:sz w:val="24"/>
          <w:szCs w:val="24"/>
        </w:rPr>
      </w:pPr>
      <w:r w:rsidRPr="009D3F70">
        <w:rPr>
          <w:b/>
          <w:sz w:val="24"/>
          <w:szCs w:val="24"/>
        </w:rPr>
        <w:t xml:space="preserve">If you were a customer, would you understand why their </w:t>
      </w:r>
      <w:proofErr w:type="gramStart"/>
      <w:r w:rsidRPr="009D3F70">
        <w:rPr>
          <w:b/>
          <w:sz w:val="24"/>
          <w:szCs w:val="24"/>
        </w:rPr>
        <w:t>pricing</w:t>
      </w:r>
      <w:proofErr w:type="gramEnd"/>
      <w:r w:rsidRPr="009D3F70">
        <w:rPr>
          <w:b/>
          <w:sz w:val="24"/>
          <w:szCs w:val="24"/>
        </w:rPr>
        <w:t xml:space="preserve"> is different? Why or why not?</w:t>
      </w:r>
    </w:p>
    <w:p w14:paraId="50EE8744" w14:textId="77777777" w:rsidR="006E046B" w:rsidRPr="009D3F70" w:rsidRDefault="00000000">
      <w:pPr>
        <w:rPr>
          <w:sz w:val="24"/>
          <w:szCs w:val="24"/>
        </w:rPr>
      </w:pPr>
      <w:r w:rsidRPr="009D3F70">
        <w:rPr>
          <w:sz w:val="24"/>
          <w:szCs w:val="24"/>
        </w:rPr>
        <w:t>____________________________________________________________</w:t>
      </w:r>
      <w:r w:rsidRPr="009D3F70">
        <w:rPr>
          <w:sz w:val="24"/>
          <w:szCs w:val="24"/>
        </w:rPr>
        <w:br/>
        <w:t>____________________________________________________________</w:t>
      </w:r>
    </w:p>
    <w:p w14:paraId="69C81BC2" w14:textId="77777777" w:rsidR="006E046B" w:rsidRPr="009D3F70" w:rsidRDefault="00000000">
      <w:pPr>
        <w:rPr>
          <w:sz w:val="24"/>
          <w:szCs w:val="24"/>
        </w:rPr>
      </w:pPr>
      <w:r w:rsidRPr="009D3F70">
        <w:rPr>
          <w:b/>
          <w:sz w:val="24"/>
          <w:szCs w:val="24"/>
        </w:rPr>
        <w:t>My Pricing Position</w:t>
      </w:r>
    </w:p>
    <w:p w14:paraId="3CDDDC6F" w14:textId="77777777" w:rsidR="006E046B" w:rsidRPr="009D3F70" w:rsidRDefault="00000000">
      <w:pPr>
        <w:rPr>
          <w:sz w:val="24"/>
          <w:szCs w:val="24"/>
        </w:rPr>
      </w:pPr>
      <w:r w:rsidRPr="009D3F70">
        <w:rPr>
          <w:sz w:val="24"/>
          <w:szCs w:val="24"/>
        </w:rPr>
        <w:lastRenderedPageBreak/>
        <w:t>How do I want my business to be perceived?</w:t>
      </w:r>
      <w:r w:rsidRPr="009D3F70">
        <w:rPr>
          <w:sz w:val="24"/>
          <w:szCs w:val="24"/>
        </w:rPr>
        <w:br/>
      </w:r>
      <w:r w:rsidRPr="009D3F70">
        <w:rPr>
          <w:sz w:val="24"/>
          <w:szCs w:val="24"/>
        </w:rPr>
        <w:br/>
        <w:t>☐ Budget-friendly</w:t>
      </w:r>
      <w:r w:rsidRPr="009D3F70">
        <w:rPr>
          <w:sz w:val="24"/>
          <w:szCs w:val="24"/>
        </w:rPr>
        <w:br/>
        <w:t>☐ Premium</w:t>
      </w:r>
      <w:r w:rsidRPr="009D3F70">
        <w:rPr>
          <w:sz w:val="24"/>
          <w:szCs w:val="24"/>
        </w:rPr>
        <w:br/>
        <w:t>☐ Convenient</w:t>
      </w:r>
      <w:r w:rsidRPr="009D3F70">
        <w:rPr>
          <w:sz w:val="24"/>
          <w:szCs w:val="24"/>
        </w:rPr>
        <w:br/>
        <w:t>☐ Specialized</w:t>
      </w:r>
      <w:r w:rsidRPr="009D3F70">
        <w:rPr>
          <w:sz w:val="24"/>
          <w:szCs w:val="24"/>
        </w:rPr>
        <w:br/>
        <w:t>☐ Other: ______________________________</w:t>
      </w:r>
      <w:r w:rsidRPr="009D3F70">
        <w:rPr>
          <w:sz w:val="24"/>
          <w:szCs w:val="24"/>
        </w:rPr>
        <w:br/>
      </w:r>
      <w:r w:rsidRPr="009D3F70">
        <w:rPr>
          <w:sz w:val="24"/>
          <w:szCs w:val="24"/>
        </w:rPr>
        <w:br/>
        <w:t>Why does this positioning fit my business?</w:t>
      </w:r>
      <w:r w:rsidRPr="009D3F70">
        <w:rPr>
          <w:sz w:val="24"/>
          <w:szCs w:val="24"/>
        </w:rPr>
        <w:br/>
      </w:r>
      <w:r w:rsidRPr="009D3F70">
        <w:rPr>
          <w:sz w:val="24"/>
          <w:szCs w:val="24"/>
        </w:rPr>
        <w:br/>
        <w:t>____________________________________________________________</w:t>
      </w:r>
      <w:r w:rsidRPr="009D3F70">
        <w:rPr>
          <w:sz w:val="24"/>
          <w:szCs w:val="24"/>
        </w:rPr>
        <w:br/>
        <w:t>____________________________________________________________</w:t>
      </w:r>
      <w:r w:rsidRPr="009D3F70">
        <w:rPr>
          <w:sz w:val="24"/>
          <w:szCs w:val="24"/>
        </w:rPr>
        <w:br/>
        <w:t>____________________________________________________________</w:t>
      </w:r>
    </w:p>
    <w:p w14:paraId="265E6AF0" w14:textId="77777777" w:rsidR="006E046B" w:rsidRPr="009D3F70" w:rsidRDefault="00000000">
      <w:pPr>
        <w:rPr>
          <w:sz w:val="24"/>
          <w:szCs w:val="24"/>
        </w:rPr>
      </w:pPr>
      <w:r w:rsidRPr="009D3F70">
        <w:rPr>
          <w:b/>
          <w:sz w:val="24"/>
          <w:szCs w:val="24"/>
        </w:rPr>
        <w:t>Business Coach Tip</w:t>
      </w:r>
    </w:p>
    <w:p w14:paraId="0F394026" w14:textId="77777777" w:rsidR="006E046B" w:rsidRPr="009D3F70" w:rsidRDefault="00000000">
      <w:pPr>
        <w:rPr>
          <w:sz w:val="24"/>
          <w:szCs w:val="24"/>
        </w:rPr>
      </w:pPr>
      <w:r w:rsidRPr="009D3F70">
        <w:rPr>
          <w:sz w:val="24"/>
          <w:szCs w:val="24"/>
        </w:rPr>
        <w:t>Don't assume your competitors are charging the right price.</w:t>
      </w:r>
      <w:r w:rsidRPr="009D3F70">
        <w:rPr>
          <w:sz w:val="24"/>
          <w:szCs w:val="24"/>
        </w:rPr>
        <w:br/>
      </w:r>
      <w:r w:rsidRPr="009D3F70">
        <w:rPr>
          <w:sz w:val="24"/>
          <w:szCs w:val="24"/>
        </w:rPr>
        <w:br/>
        <w:t>Some businesses undercharge. Others overcharge.</w:t>
      </w:r>
      <w:r w:rsidRPr="009D3F70">
        <w:rPr>
          <w:sz w:val="24"/>
          <w:szCs w:val="24"/>
        </w:rPr>
        <w:br/>
      </w:r>
      <w:r w:rsidRPr="009D3F70">
        <w:rPr>
          <w:sz w:val="24"/>
          <w:szCs w:val="24"/>
        </w:rPr>
        <w:br/>
        <w:t>Your goal isn't to copy them. It's to understand how your market is positioning itself and decide where your business fits.</w:t>
      </w:r>
    </w:p>
    <w:p w14:paraId="225EA5CF" w14:textId="77777777" w:rsidR="006E046B" w:rsidRPr="009D3F70" w:rsidRDefault="00000000">
      <w:pPr>
        <w:rPr>
          <w:sz w:val="24"/>
          <w:szCs w:val="24"/>
        </w:rPr>
      </w:pPr>
      <w:r w:rsidRPr="009D3F70">
        <w:rPr>
          <w:b/>
          <w:sz w:val="24"/>
          <w:szCs w:val="24"/>
        </w:rPr>
        <w:t>Key Insight</w:t>
      </w:r>
    </w:p>
    <w:p w14:paraId="240BABED" w14:textId="77777777" w:rsidR="006E046B" w:rsidRPr="009D3F70" w:rsidRDefault="00000000">
      <w:pPr>
        <w:rPr>
          <w:sz w:val="24"/>
          <w:szCs w:val="24"/>
        </w:rPr>
      </w:pPr>
      <w:r w:rsidRPr="009D3F70">
        <w:rPr>
          <w:sz w:val="24"/>
          <w:szCs w:val="24"/>
        </w:rPr>
        <w:t>What did you learn about pricing and value that surprised you?</w:t>
      </w:r>
      <w:r w:rsidRPr="009D3F70">
        <w:rPr>
          <w:sz w:val="24"/>
          <w:szCs w:val="24"/>
        </w:rPr>
        <w:br/>
      </w:r>
      <w:r w:rsidRPr="009D3F70">
        <w:rPr>
          <w:sz w:val="24"/>
          <w:szCs w:val="24"/>
        </w:rPr>
        <w:br/>
        <w:t>____________________________________________________________</w:t>
      </w:r>
      <w:r w:rsidRPr="009D3F70">
        <w:rPr>
          <w:sz w:val="24"/>
          <w:szCs w:val="24"/>
        </w:rPr>
        <w:br/>
        <w:t>____________________________________________________________</w:t>
      </w:r>
    </w:p>
    <w:p w14:paraId="6ECF5FA3" w14:textId="77777777" w:rsidR="006E046B" w:rsidRPr="009D3F70" w:rsidRDefault="00000000">
      <w:pPr>
        <w:rPr>
          <w:sz w:val="24"/>
          <w:szCs w:val="24"/>
        </w:rPr>
      </w:pPr>
      <w:r w:rsidRPr="009D3F70">
        <w:rPr>
          <w:b/>
          <w:sz w:val="24"/>
          <w:szCs w:val="24"/>
        </w:rPr>
        <w:t>Reflection</w:t>
      </w:r>
    </w:p>
    <w:p w14:paraId="2494E76E" w14:textId="77777777" w:rsidR="006E046B" w:rsidRPr="009D3F70" w:rsidRDefault="00000000">
      <w:pPr>
        <w:rPr>
          <w:sz w:val="24"/>
          <w:szCs w:val="24"/>
        </w:rPr>
      </w:pPr>
      <w:r w:rsidRPr="009D3F70">
        <w:rPr>
          <w:sz w:val="24"/>
          <w:szCs w:val="24"/>
        </w:rPr>
        <w:t>How will today's research influence your own pricing strategy?</w:t>
      </w:r>
      <w:r w:rsidRPr="009D3F70">
        <w:rPr>
          <w:sz w:val="24"/>
          <w:szCs w:val="24"/>
        </w:rPr>
        <w:br/>
      </w:r>
      <w:r w:rsidRPr="009D3F70">
        <w:rPr>
          <w:sz w:val="24"/>
          <w:szCs w:val="24"/>
        </w:rPr>
        <w:br/>
        <w:t>____________________________________________________________</w:t>
      </w:r>
      <w:r w:rsidRPr="009D3F70">
        <w:rPr>
          <w:sz w:val="24"/>
          <w:szCs w:val="24"/>
        </w:rPr>
        <w:br/>
        <w:t>____________________________________________________________</w:t>
      </w:r>
      <w:r w:rsidRPr="009D3F70">
        <w:rPr>
          <w:sz w:val="24"/>
          <w:szCs w:val="24"/>
        </w:rPr>
        <w:br/>
        <w:t>____________________________________________________________</w:t>
      </w:r>
    </w:p>
    <w:p w14:paraId="7F7F1A22" w14:textId="77777777" w:rsidR="006E046B" w:rsidRPr="009D3F70" w:rsidRDefault="00000000">
      <w:pPr>
        <w:rPr>
          <w:sz w:val="24"/>
          <w:szCs w:val="24"/>
        </w:rPr>
      </w:pPr>
      <w:r w:rsidRPr="009D3F70">
        <w:rPr>
          <w:b/>
          <w:sz w:val="24"/>
          <w:szCs w:val="24"/>
        </w:rPr>
        <w:t>Today's Checklist</w:t>
      </w:r>
    </w:p>
    <w:p w14:paraId="4A1A8CE0" w14:textId="77777777" w:rsidR="006E046B" w:rsidRPr="009D3F70" w:rsidRDefault="00000000">
      <w:pPr>
        <w:rPr>
          <w:sz w:val="24"/>
          <w:szCs w:val="24"/>
        </w:rPr>
      </w:pPr>
      <w:r w:rsidRPr="009D3F70">
        <w:rPr>
          <w:sz w:val="24"/>
          <w:szCs w:val="24"/>
        </w:rPr>
        <w:t>☐ I researched the pricing of three competitors.</w:t>
      </w:r>
    </w:p>
    <w:p w14:paraId="779B5765" w14:textId="77777777" w:rsidR="006E046B" w:rsidRPr="009D3F70" w:rsidRDefault="00000000">
      <w:pPr>
        <w:rPr>
          <w:sz w:val="24"/>
          <w:szCs w:val="24"/>
        </w:rPr>
      </w:pPr>
      <w:r w:rsidRPr="009D3F70">
        <w:rPr>
          <w:sz w:val="24"/>
          <w:szCs w:val="24"/>
        </w:rPr>
        <w:lastRenderedPageBreak/>
        <w:t>☐ I compared what was included in each offering.</w:t>
      </w:r>
    </w:p>
    <w:p w14:paraId="1D74BEB8" w14:textId="77777777" w:rsidR="006E046B" w:rsidRPr="009D3F70" w:rsidRDefault="00000000">
      <w:pPr>
        <w:rPr>
          <w:sz w:val="24"/>
          <w:szCs w:val="24"/>
        </w:rPr>
      </w:pPr>
      <w:r w:rsidRPr="009D3F70">
        <w:rPr>
          <w:sz w:val="24"/>
          <w:szCs w:val="24"/>
        </w:rPr>
        <w:t>☐ I identified the value each competitor emphasizes.</w:t>
      </w:r>
    </w:p>
    <w:p w14:paraId="22C56A98" w14:textId="77777777" w:rsidR="006E046B" w:rsidRPr="009D3F70" w:rsidRDefault="00000000">
      <w:pPr>
        <w:rPr>
          <w:sz w:val="24"/>
          <w:szCs w:val="24"/>
        </w:rPr>
      </w:pPr>
      <w:r w:rsidRPr="009D3F70">
        <w:rPr>
          <w:sz w:val="24"/>
          <w:szCs w:val="24"/>
        </w:rPr>
        <w:t>☐ I considered who each business is trying to attract.</w:t>
      </w:r>
    </w:p>
    <w:p w14:paraId="0A970338" w14:textId="77777777" w:rsidR="006E046B" w:rsidRPr="009D3F70" w:rsidRDefault="00000000">
      <w:pPr>
        <w:rPr>
          <w:sz w:val="24"/>
          <w:szCs w:val="24"/>
        </w:rPr>
      </w:pPr>
      <w:r w:rsidRPr="009D3F70">
        <w:rPr>
          <w:sz w:val="24"/>
          <w:szCs w:val="24"/>
        </w:rPr>
        <w:t>☐ I decided how I want my business to be positioned.</w:t>
      </w:r>
    </w:p>
    <w:p w14:paraId="3E307CB8" w14:textId="77777777" w:rsidR="006E046B" w:rsidRPr="009D3F70" w:rsidRDefault="00000000">
      <w:pPr>
        <w:rPr>
          <w:sz w:val="24"/>
          <w:szCs w:val="24"/>
        </w:rPr>
      </w:pPr>
      <w:r w:rsidRPr="009D3F70">
        <w:rPr>
          <w:b/>
          <w:sz w:val="24"/>
          <w:szCs w:val="24"/>
        </w:rPr>
        <w:t>Need Help?</w:t>
      </w:r>
    </w:p>
    <w:p w14:paraId="652D6B1E" w14:textId="77777777" w:rsidR="006E046B" w:rsidRPr="009D3F70" w:rsidRDefault="00000000">
      <w:pPr>
        <w:rPr>
          <w:sz w:val="24"/>
          <w:szCs w:val="24"/>
        </w:rPr>
      </w:pPr>
      <w:r w:rsidRPr="009D3F70">
        <w:rPr>
          <w:sz w:val="24"/>
          <w:szCs w:val="24"/>
        </w:rPr>
        <w:t>Pricing can feel overwhelming, especially when you're just starting out.</w:t>
      </w:r>
      <w:r w:rsidRPr="009D3F70">
        <w:rPr>
          <w:sz w:val="24"/>
          <w:szCs w:val="24"/>
        </w:rPr>
        <w:br/>
      </w:r>
      <w:r w:rsidRPr="009D3F70">
        <w:rPr>
          <w:sz w:val="24"/>
          <w:szCs w:val="24"/>
        </w:rPr>
        <w:br/>
        <w:t>If you'd like feedback on your pricing strategy or help interpreting what you've learned during today's research, the Hamilton Business Centre is here to help. Our Business Advisors can help you think through pricing, positioning, and how to communicate the value of your products or services with confidence.</w:t>
      </w:r>
    </w:p>
    <w:sectPr w:rsidR="006E046B" w:rsidRPr="009D3F70"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A7D3" w14:textId="77777777" w:rsidR="00E97F38" w:rsidRDefault="00E97F38" w:rsidP="009D3F70">
      <w:pPr>
        <w:spacing w:after="0" w:line="240" w:lineRule="auto"/>
      </w:pPr>
      <w:r>
        <w:separator/>
      </w:r>
    </w:p>
  </w:endnote>
  <w:endnote w:type="continuationSeparator" w:id="0">
    <w:p w14:paraId="166720C4" w14:textId="77777777" w:rsidR="00E97F38" w:rsidRDefault="00E97F38" w:rsidP="009D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B113" w14:textId="36C5B4D2" w:rsidR="009D3F70" w:rsidRPr="00C728D4" w:rsidRDefault="00C728D4" w:rsidP="00C728D4">
    <w:pPr>
      <w:pStyle w:val="Footer"/>
      <w:jc w:val="center"/>
    </w:pPr>
    <w:r w:rsidRPr="00C728D4">
      <w:t>Market Research Made Simple | www.hamiltonbusinesscentre.ca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A295B" w14:textId="77777777" w:rsidR="00E97F38" w:rsidRDefault="00E97F38" w:rsidP="009D3F70">
      <w:pPr>
        <w:spacing w:after="0" w:line="240" w:lineRule="auto"/>
      </w:pPr>
      <w:r>
        <w:separator/>
      </w:r>
    </w:p>
  </w:footnote>
  <w:footnote w:type="continuationSeparator" w:id="0">
    <w:p w14:paraId="603A5176" w14:textId="77777777" w:rsidR="00E97F38" w:rsidRDefault="00E97F38" w:rsidP="009D3F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2413294">
    <w:abstractNumId w:val="8"/>
  </w:num>
  <w:num w:numId="2" w16cid:durableId="1730569252">
    <w:abstractNumId w:val="6"/>
  </w:num>
  <w:num w:numId="3" w16cid:durableId="1631742798">
    <w:abstractNumId w:val="5"/>
  </w:num>
  <w:num w:numId="4" w16cid:durableId="217253133">
    <w:abstractNumId w:val="4"/>
  </w:num>
  <w:num w:numId="5" w16cid:durableId="874074605">
    <w:abstractNumId w:val="7"/>
  </w:num>
  <w:num w:numId="6" w16cid:durableId="1890068609">
    <w:abstractNumId w:val="3"/>
  </w:num>
  <w:num w:numId="7" w16cid:durableId="1636444744">
    <w:abstractNumId w:val="2"/>
  </w:num>
  <w:num w:numId="8" w16cid:durableId="1104374858">
    <w:abstractNumId w:val="1"/>
  </w:num>
  <w:num w:numId="9" w16cid:durableId="135561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50D0D"/>
    <w:rsid w:val="005C709A"/>
    <w:rsid w:val="0069546F"/>
    <w:rsid w:val="006E046B"/>
    <w:rsid w:val="007F7616"/>
    <w:rsid w:val="00895EED"/>
    <w:rsid w:val="009B06C9"/>
    <w:rsid w:val="009D3F70"/>
    <w:rsid w:val="00AA1D8D"/>
    <w:rsid w:val="00B12EC6"/>
    <w:rsid w:val="00B14720"/>
    <w:rsid w:val="00B47730"/>
    <w:rsid w:val="00C728D4"/>
    <w:rsid w:val="00CB0664"/>
    <w:rsid w:val="00E97F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A9F8C8"/>
  <w14:defaultImageDpi w14:val="300"/>
  <w15:docId w15:val="{52F2692A-6200-46E8-BD72-58E0FBEF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Russell, Keith</cp:lastModifiedBy>
  <cp:revision>7</cp:revision>
  <dcterms:created xsi:type="dcterms:W3CDTF">2013-12-23T23:15:00Z</dcterms:created>
  <dcterms:modified xsi:type="dcterms:W3CDTF">2026-07-23T11:43:00Z</dcterms:modified>
  <cp:category/>
</cp:coreProperties>
</file>