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70307" w14:textId="77777777" w:rsidR="00EB4DE5" w:rsidRDefault="00EB4DE5" w:rsidP="00EB4DE5">
      <w:pPr>
        <w:rPr>
          <w:b/>
          <w:sz w:val="24"/>
          <w:szCs w:val="24"/>
        </w:rPr>
      </w:pPr>
      <w:r>
        <w:rPr>
          <w:b/>
          <w:noProof/>
          <w:sz w:val="24"/>
          <w:szCs w:val="24"/>
        </w:rPr>
        <w:drawing>
          <wp:inline distT="0" distB="0" distL="0" distR="0" wp14:anchorId="00883EA8" wp14:editId="05D8531B">
            <wp:extent cx="1133475" cy="704850"/>
            <wp:effectExtent l="0" t="0" r="9525" b="0"/>
            <wp:docPr id="1754468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68999" name="Picture 1754468999"/>
                    <pic:cNvPicPr/>
                  </pic:nvPicPr>
                  <pic:blipFill>
                    <a:blip r:embed="rId8"/>
                    <a:stretch>
                      <a:fillRect/>
                    </a:stretch>
                  </pic:blipFill>
                  <pic:spPr>
                    <a:xfrm>
                      <a:off x="0" y="0"/>
                      <a:ext cx="1133475" cy="704850"/>
                    </a:xfrm>
                    <a:prstGeom prst="rect">
                      <a:avLst/>
                    </a:prstGeom>
                  </pic:spPr>
                </pic:pic>
              </a:graphicData>
            </a:graphic>
          </wp:inline>
        </w:drawing>
      </w:r>
    </w:p>
    <w:p w14:paraId="155BDF0A" w14:textId="77777777" w:rsidR="00EB4DE5" w:rsidRPr="00C7693D" w:rsidRDefault="00EB4DE5" w:rsidP="00EB4DE5">
      <w:pPr>
        <w:rPr>
          <w:sz w:val="52"/>
          <w:szCs w:val="52"/>
        </w:rPr>
      </w:pPr>
      <w:r w:rsidRPr="00C7693D">
        <w:rPr>
          <w:b/>
          <w:sz w:val="52"/>
          <w:szCs w:val="52"/>
        </w:rPr>
        <w:t>Market Research Made Simple</w:t>
      </w:r>
    </w:p>
    <w:p w14:paraId="7EE98501" w14:textId="5AC9487C" w:rsidR="00113697" w:rsidRPr="00EB4DE5" w:rsidRDefault="00000000">
      <w:pPr>
        <w:rPr>
          <w:sz w:val="32"/>
          <w:szCs w:val="32"/>
        </w:rPr>
      </w:pPr>
      <w:r w:rsidRPr="00EB4DE5">
        <w:rPr>
          <w:b/>
          <w:sz w:val="32"/>
          <w:szCs w:val="32"/>
        </w:rPr>
        <w:t>Lesson 5 Worksheet</w:t>
      </w:r>
      <w:r w:rsidR="00EB4DE5" w:rsidRPr="00EB4DE5">
        <w:rPr>
          <w:sz w:val="32"/>
          <w:szCs w:val="32"/>
        </w:rPr>
        <w:t xml:space="preserve"> - </w:t>
      </w:r>
      <w:r w:rsidR="00441E00" w:rsidRPr="00441E00">
        <w:rPr>
          <w:b/>
          <w:sz w:val="32"/>
          <w:szCs w:val="32"/>
        </w:rPr>
        <w:t>Read Between the Reviews</w:t>
      </w:r>
    </w:p>
    <w:p w14:paraId="5FA060B6" w14:textId="77777777" w:rsidR="00113697" w:rsidRPr="00D34FE4" w:rsidRDefault="00000000">
      <w:pPr>
        <w:rPr>
          <w:sz w:val="24"/>
          <w:szCs w:val="24"/>
        </w:rPr>
      </w:pPr>
      <w:r w:rsidRPr="00D34FE4">
        <w:rPr>
          <w:b/>
          <w:sz w:val="24"/>
          <w:szCs w:val="24"/>
        </w:rPr>
        <w:t>Lesson Objective</w:t>
      </w:r>
    </w:p>
    <w:p w14:paraId="26AB0EF2" w14:textId="77777777" w:rsidR="00113697" w:rsidRPr="00D34FE4" w:rsidRDefault="00000000">
      <w:pPr>
        <w:rPr>
          <w:sz w:val="24"/>
          <w:szCs w:val="24"/>
        </w:rPr>
      </w:pPr>
      <w:r w:rsidRPr="00D34FE4">
        <w:rPr>
          <w:sz w:val="24"/>
          <w:szCs w:val="24"/>
        </w:rPr>
        <w:t>Analyze customer reviews to identify recurring compliments, complaints, customer expectations, and opportunities to strengthen your business.</w:t>
      </w:r>
    </w:p>
    <w:p w14:paraId="0B6911D0" w14:textId="77777777" w:rsidR="00113697" w:rsidRPr="00D34FE4" w:rsidRDefault="00000000">
      <w:pPr>
        <w:rPr>
          <w:sz w:val="24"/>
          <w:szCs w:val="24"/>
        </w:rPr>
      </w:pPr>
      <w:r w:rsidRPr="00D34FE4">
        <w:rPr>
          <w:b/>
          <w:sz w:val="24"/>
          <w:szCs w:val="24"/>
        </w:rPr>
        <w:t>Complete Your Challenge Activity</w:t>
      </w:r>
    </w:p>
    <w:p w14:paraId="58DD1F5E" w14:textId="77777777" w:rsidR="00113697" w:rsidRPr="00D34FE4" w:rsidRDefault="00000000">
      <w:pPr>
        <w:rPr>
          <w:sz w:val="24"/>
          <w:szCs w:val="24"/>
        </w:rPr>
      </w:pPr>
      <w:r w:rsidRPr="00D34FE4">
        <w:rPr>
          <w:sz w:val="24"/>
          <w:szCs w:val="24"/>
        </w:rPr>
        <w:t>Choose three competitors and read approximately ten reviews for each business. Record your observations below and look for recurring patterns.</w:t>
      </w:r>
    </w:p>
    <w:p w14:paraId="36094BF1" w14:textId="77777777" w:rsidR="00113697" w:rsidRPr="00D34FE4" w:rsidRDefault="00000000">
      <w:pPr>
        <w:rPr>
          <w:sz w:val="24"/>
          <w:szCs w:val="24"/>
        </w:rPr>
      </w:pPr>
      <w:r w:rsidRPr="00D34FE4">
        <w:rPr>
          <w:b/>
          <w:sz w:val="24"/>
          <w:szCs w:val="24"/>
        </w:rPr>
        <w:t>Competitor Reviews</w:t>
      </w:r>
    </w:p>
    <w:p w14:paraId="1DB31A85" w14:textId="77777777" w:rsidR="00113697" w:rsidRPr="00D34FE4" w:rsidRDefault="00000000">
      <w:pPr>
        <w:rPr>
          <w:sz w:val="24"/>
          <w:szCs w:val="24"/>
        </w:rPr>
      </w:pPr>
      <w:r w:rsidRPr="00D34FE4">
        <w:rPr>
          <w:b/>
          <w:sz w:val="24"/>
          <w:szCs w:val="24"/>
        </w:rPr>
        <w:t>Competitors Reviewed</w:t>
      </w:r>
    </w:p>
    <w:p w14:paraId="7B0D1C1B" w14:textId="77777777" w:rsidR="00113697" w:rsidRPr="00D34FE4" w:rsidRDefault="00000000">
      <w:pPr>
        <w:rPr>
          <w:sz w:val="24"/>
          <w:szCs w:val="24"/>
        </w:rPr>
      </w:pPr>
      <w:r w:rsidRPr="00D34FE4">
        <w:rPr>
          <w:sz w:val="24"/>
          <w:szCs w:val="24"/>
        </w:rPr>
        <w:t>______________________________________________________________</w:t>
      </w:r>
      <w:r w:rsidRPr="00D34FE4">
        <w:rPr>
          <w:sz w:val="24"/>
          <w:szCs w:val="24"/>
        </w:rPr>
        <w:br/>
        <w:t>______________________________________________________________</w:t>
      </w:r>
      <w:r w:rsidRPr="00D34FE4">
        <w:rPr>
          <w:sz w:val="24"/>
          <w:szCs w:val="24"/>
        </w:rPr>
        <w:br/>
        <w:t>______________________________________________________________</w:t>
      </w:r>
    </w:p>
    <w:p w14:paraId="40FC3610" w14:textId="77777777" w:rsidR="00113697" w:rsidRPr="00D34FE4" w:rsidRDefault="00000000">
      <w:pPr>
        <w:rPr>
          <w:sz w:val="24"/>
          <w:szCs w:val="24"/>
        </w:rPr>
      </w:pPr>
      <w:r w:rsidRPr="00D34FE4">
        <w:rPr>
          <w:b/>
          <w:sz w:val="24"/>
          <w:szCs w:val="24"/>
        </w:rPr>
        <w:t>Five Things Customers Consistently Love</w:t>
      </w:r>
    </w:p>
    <w:p w14:paraId="26B2E033" w14:textId="77777777" w:rsidR="00113697" w:rsidRPr="00D34FE4" w:rsidRDefault="00000000">
      <w:pPr>
        <w:rPr>
          <w:sz w:val="24"/>
          <w:szCs w:val="24"/>
        </w:rPr>
      </w:pPr>
      <w:r w:rsidRPr="00D34FE4">
        <w:rPr>
          <w:sz w:val="24"/>
          <w:szCs w:val="24"/>
        </w:rPr>
        <w:t>______________________________________________________________</w:t>
      </w:r>
      <w:r w:rsidRPr="00D34FE4">
        <w:rPr>
          <w:sz w:val="24"/>
          <w:szCs w:val="24"/>
        </w:rPr>
        <w:br/>
        <w:t>______________________________________________________________</w:t>
      </w:r>
      <w:r w:rsidRPr="00D34FE4">
        <w:rPr>
          <w:sz w:val="24"/>
          <w:szCs w:val="24"/>
        </w:rPr>
        <w:br/>
        <w:t>______________________________________________________________</w:t>
      </w:r>
      <w:r w:rsidRPr="00D34FE4">
        <w:rPr>
          <w:sz w:val="24"/>
          <w:szCs w:val="24"/>
        </w:rPr>
        <w:br/>
        <w:t>______________________________________________________________</w:t>
      </w:r>
      <w:r w:rsidRPr="00D34FE4">
        <w:rPr>
          <w:sz w:val="24"/>
          <w:szCs w:val="24"/>
        </w:rPr>
        <w:br/>
        <w:t>______________________________________________________________</w:t>
      </w:r>
    </w:p>
    <w:p w14:paraId="374FDCF2" w14:textId="77777777" w:rsidR="00113697" w:rsidRPr="00D34FE4" w:rsidRDefault="00000000">
      <w:pPr>
        <w:rPr>
          <w:sz w:val="24"/>
          <w:szCs w:val="24"/>
        </w:rPr>
      </w:pPr>
      <w:r w:rsidRPr="00D34FE4">
        <w:rPr>
          <w:b/>
          <w:sz w:val="24"/>
          <w:szCs w:val="24"/>
        </w:rPr>
        <w:t>Five Things Customers Consistently Dislike</w:t>
      </w:r>
    </w:p>
    <w:p w14:paraId="0DDBF048" w14:textId="77777777" w:rsidR="00113697" w:rsidRPr="00D34FE4" w:rsidRDefault="00000000">
      <w:pPr>
        <w:rPr>
          <w:sz w:val="24"/>
          <w:szCs w:val="24"/>
        </w:rPr>
      </w:pPr>
      <w:r w:rsidRPr="00D34FE4">
        <w:rPr>
          <w:sz w:val="24"/>
          <w:szCs w:val="24"/>
        </w:rPr>
        <w:t>______________________________________________________________</w:t>
      </w:r>
      <w:r w:rsidRPr="00D34FE4">
        <w:rPr>
          <w:sz w:val="24"/>
          <w:szCs w:val="24"/>
        </w:rPr>
        <w:br/>
        <w:t>______________________________________________________________</w:t>
      </w:r>
      <w:r w:rsidRPr="00D34FE4">
        <w:rPr>
          <w:sz w:val="24"/>
          <w:szCs w:val="24"/>
        </w:rPr>
        <w:br/>
        <w:t>______________________________________________________________</w:t>
      </w:r>
      <w:r w:rsidRPr="00D34FE4">
        <w:rPr>
          <w:sz w:val="24"/>
          <w:szCs w:val="24"/>
        </w:rPr>
        <w:br/>
        <w:t>______________________________________________________________</w:t>
      </w:r>
      <w:r w:rsidRPr="00D34FE4">
        <w:rPr>
          <w:sz w:val="24"/>
          <w:szCs w:val="24"/>
        </w:rPr>
        <w:br/>
        <w:t>______________________________________________________________</w:t>
      </w:r>
    </w:p>
    <w:p w14:paraId="499DAEC1" w14:textId="77777777" w:rsidR="00113697" w:rsidRPr="00D34FE4" w:rsidRDefault="00000000">
      <w:pPr>
        <w:rPr>
          <w:sz w:val="24"/>
          <w:szCs w:val="24"/>
        </w:rPr>
      </w:pPr>
      <w:r w:rsidRPr="00D34FE4">
        <w:rPr>
          <w:b/>
          <w:sz w:val="24"/>
          <w:szCs w:val="24"/>
        </w:rPr>
        <w:lastRenderedPageBreak/>
        <w:t>Three Words or Phrases Customers Use Repeatedly</w:t>
      </w:r>
    </w:p>
    <w:p w14:paraId="41460F95" w14:textId="77777777" w:rsidR="00113697" w:rsidRPr="00D34FE4" w:rsidRDefault="00000000">
      <w:pPr>
        <w:rPr>
          <w:sz w:val="24"/>
          <w:szCs w:val="24"/>
        </w:rPr>
      </w:pPr>
      <w:r w:rsidRPr="00D34FE4">
        <w:rPr>
          <w:sz w:val="24"/>
          <w:szCs w:val="24"/>
        </w:rPr>
        <w:t>______________________________________________________________</w:t>
      </w:r>
      <w:r w:rsidRPr="00D34FE4">
        <w:rPr>
          <w:sz w:val="24"/>
          <w:szCs w:val="24"/>
        </w:rPr>
        <w:br/>
        <w:t>______________________________________________________________</w:t>
      </w:r>
      <w:r w:rsidRPr="00D34FE4">
        <w:rPr>
          <w:sz w:val="24"/>
          <w:szCs w:val="24"/>
        </w:rPr>
        <w:br/>
        <w:t>______________________________________________________________</w:t>
      </w:r>
    </w:p>
    <w:p w14:paraId="37D0AF6E" w14:textId="77777777" w:rsidR="00113697" w:rsidRPr="00D34FE4" w:rsidRDefault="00000000">
      <w:pPr>
        <w:rPr>
          <w:sz w:val="24"/>
          <w:szCs w:val="24"/>
        </w:rPr>
      </w:pPr>
      <w:r w:rsidRPr="00D34FE4">
        <w:rPr>
          <w:b/>
          <w:sz w:val="24"/>
          <w:szCs w:val="24"/>
        </w:rPr>
        <w:t>One Opportunity My Business Could Capitalize On</w:t>
      </w:r>
    </w:p>
    <w:p w14:paraId="5BE6E2CE" w14:textId="77777777" w:rsidR="00113697" w:rsidRPr="00D34FE4" w:rsidRDefault="00000000">
      <w:pPr>
        <w:rPr>
          <w:sz w:val="24"/>
          <w:szCs w:val="24"/>
        </w:rPr>
      </w:pPr>
      <w:r w:rsidRPr="00D34FE4">
        <w:rPr>
          <w:sz w:val="24"/>
          <w:szCs w:val="24"/>
        </w:rPr>
        <w:t>______________________________________________________________</w:t>
      </w:r>
      <w:r w:rsidRPr="00D34FE4">
        <w:rPr>
          <w:sz w:val="24"/>
          <w:szCs w:val="24"/>
        </w:rPr>
        <w:br/>
        <w:t>______________________________________________________________</w:t>
      </w:r>
      <w:r w:rsidRPr="00D34FE4">
        <w:rPr>
          <w:sz w:val="24"/>
          <w:szCs w:val="24"/>
        </w:rPr>
        <w:br/>
        <w:t>______________________________________________________________</w:t>
      </w:r>
    </w:p>
    <w:p w14:paraId="4397DC7E" w14:textId="77777777" w:rsidR="00113697" w:rsidRPr="00D34FE4" w:rsidRDefault="00000000">
      <w:pPr>
        <w:rPr>
          <w:sz w:val="24"/>
          <w:szCs w:val="24"/>
        </w:rPr>
      </w:pPr>
      <w:r w:rsidRPr="00D34FE4">
        <w:rPr>
          <w:b/>
          <w:sz w:val="24"/>
          <w:szCs w:val="24"/>
        </w:rPr>
        <w:t>Patterns You Noticed</w:t>
      </w:r>
    </w:p>
    <w:p w14:paraId="33F29794" w14:textId="77777777" w:rsidR="00113697" w:rsidRPr="00D34FE4" w:rsidRDefault="00000000">
      <w:pPr>
        <w:rPr>
          <w:sz w:val="24"/>
          <w:szCs w:val="24"/>
        </w:rPr>
      </w:pPr>
      <w:r w:rsidRPr="00D34FE4">
        <w:rPr>
          <w:sz w:val="24"/>
          <w:szCs w:val="24"/>
        </w:rPr>
        <w:t xml:space="preserve">What themes appeared </w:t>
      </w:r>
      <w:proofErr w:type="gramStart"/>
      <w:r w:rsidRPr="00D34FE4">
        <w:rPr>
          <w:sz w:val="24"/>
          <w:szCs w:val="24"/>
        </w:rPr>
        <w:t>again and again</w:t>
      </w:r>
      <w:proofErr w:type="gramEnd"/>
      <w:r w:rsidRPr="00D34FE4">
        <w:rPr>
          <w:sz w:val="24"/>
          <w:szCs w:val="24"/>
        </w:rPr>
        <w:t xml:space="preserve"> across the reviews?</w:t>
      </w:r>
      <w:r w:rsidRPr="00D34FE4">
        <w:rPr>
          <w:sz w:val="24"/>
          <w:szCs w:val="24"/>
        </w:rPr>
        <w:br/>
      </w:r>
      <w:r w:rsidRPr="00D34FE4">
        <w:rPr>
          <w:sz w:val="24"/>
          <w:szCs w:val="24"/>
        </w:rPr>
        <w:br/>
        <w:t>______________________________________________________________</w:t>
      </w:r>
      <w:r w:rsidRPr="00D34FE4">
        <w:rPr>
          <w:sz w:val="24"/>
          <w:szCs w:val="24"/>
        </w:rPr>
        <w:br/>
        <w:t>______________________________________________________________</w:t>
      </w:r>
      <w:r w:rsidRPr="00D34FE4">
        <w:rPr>
          <w:sz w:val="24"/>
          <w:szCs w:val="24"/>
        </w:rPr>
        <w:br/>
        <w:t>______________________________________________________________</w:t>
      </w:r>
    </w:p>
    <w:p w14:paraId="7CADDF61" w14:textId="77777777" w:rsidR="00113697" w:rsidRPr="00D34FE4" w:rsidRDefault="00000000">
      <w:pPr>
        <w:rPr>
          <w:sz w:val="24"/>
          <w:szCs w:val="24"/>
        </w:rPr>
      </w:pPr>
      <w:r w:rsidRPr="00D34FE4">
        <w:rPr>
          <w:b/>
          <w:sz w:val="24"/>
          <w:szCs w:val="24"/>
        </w:rPr>
        <w:t>Business Coach Tip</w:t>
      </w:r>
    </w:p>
    <w:p w14:paraId="355F8B8B" w14:textId="77777777" w:rsidR="00113697" w:rsidRPr="00D34FE4" w:rsidRDefault="00000000">
      <w:pPr>
        <w:rPr>
          <w:sz w:val="24"/>
          <w:szCs w:val="24"/>
        </w:rPr>
      </w:pPr>
      <w:r w:rsidRPr="00D34FE4">
        <w:rPr>
          <w:sz w:val="24"/>
          <w:szCs w:val="24"/>
        </w:rPr>
        <w:t>Don't get distracted by one unusual review.</w:t>
      </w:r>
      <w:r w:rsidRPr="00D34FE4">
        <w:rPr>
          <w:sz w:val="24"/>
          <w:szCs w:val="24"/>
        </w:rPr>
        <w:br/>
      </w:r>
      <w:r w:rsidRPr="00D34FE4">
        <w:rPr>
          <w:sz w:val="24"/>
          <w:szCs w:val="24"/>
        </w:rPr>
        <w:br/>
        <w:t>Instead, look for trends. If dozens of customers are praising the same thing, it's probably something that truly matters. If dozens of customers are frustrated by the same issue, it's probably something worth solving.</w:t>
      </w:r>
      <w:r w:rsidRPr="00D34FE4">
        <w:rPr>
          <w:sz w:val="24"/>
          <w:szCs w:val="24"/>
        </w:rPr>
        <w:br/>
      </w:r>
      <w:r w:rsidRPr="00D34FE4">
        <w:rPr>
          <w:sz w:val="24"/>
          <w:szCs w:val="24"/>
        </w:rPr>
        <w:br/>
        <w:t>You're looking for patterns, not perfection.</w:t>
      </w:r>
    </w:p>
    <w:p w14:paraId="2D791E5A" w14:textId="77777777" w:rsidR="00113697" w:rsidRPr="00D34FE4" w:rsidRDefault="00000000">
      <w:pPr>
        <w:rPr>
          <w:sz w:val="24"/>
          <w:szCs w:val="24"/>
        </w:rPr>
      </w:pPr>
      <w:r w:rsidRPr="00D34FE4">
        <w:rPr>
          <w:b/>
          <w:sz w:val="24"/>
          <w:szCs w:val="24"/>
        </w:rPr>
        <w:t>Key Insight</w:t>
      </w:r>
    </w:p>
    <w:p w14:paraId="1A8E27C8" w14:textId="77777777" w:rsidR="00113697" w:rsidRPr="00D34FE4" w:rsidRDefault="00000000">
      <w:pPr>
        <w:rPr>
          <w:sz w:val="24"/>
          <w:szCs w:val="24"/>
        </w:rPr>
      </w:pPr>
      <w:r w:rsidRPr="00D34FE4">
        <w:rPr>
          <w:sz w:val="24"/>
          <w:szCs w:val="24"/>
        </w:rPr>
        <w:t>What was the biggest insight you gained from reading customer reviews?</w:t>
      </w:r>
      <w:r w:rsidRPr="00D34FE4">
        <w:rPr>
          <w:sz w:val="24"/>
          <w:szCs w:val="24"/>
        </w:rPr>
        <w:br/>
      </w:r>
      <w:r w:rsidRPr="00D34FE4">
        <w:rPr>
          <w:sz w:val="24"/>
          <w:szCs w:val="24"/>
        </w:rPr>
        <w:br/>
        <w:t>______________________________________________________________</w:t>
      </w:r>
      <w:r w:rsidRPr="00D34FE4">
        <w:rPr>
          <w:sz w:val="24"/>
          <w:szCs w:val="24"/>
        </w:rPr>
        <w:br/>
        <w:t>______________________________________________________________</w:t>
      </w:r>
    </w:p>
    <w:p w14:paraId="5A98E943" w14:textId="77777777" w:rsidR="00113697" w:rsidRPr="00D34FE4" w:rsidRDefault="00000000">
      <w:pPr>
        <w:rPr>
          <w:sz w:val="24"/>
          <w:szCs w:val="24"/>
        </w:rPr>
      </w:pPr>
      <w:r w:rsidRPr="00D34FE4">
        <w:rPr>
          <w:b/>
          <w:sz w:val="24"/>
          <w:szCs w:val="24"/>
        </w:rPr>
        <w:t>Reflection</w:t>
      </w:r>
    </w:p>
    <w:p w14:paraId="3739A5BA" w14:textId="77777777" w:rsidR="00113697" w:rsidRPr="00D34FE4" w:rsidRDefault="00000000">
      <w:pPr>
        <w:rPr>
          <w:sz w:val="24"/>
          <w:szCs w:val="24"/>
        </w:rPr>
      </w:pPr>
      <w:r w:rsidRPr="00D34FE4">
        <w:rPr>
          <w:sz w:val="24"/>
          <w:szCs w:val="24"/>
        </w:rPr>
        <w:t>How can you use what customers are already saying to improve your products, services, or marketing?</w:t>
      </w:r>
      <w:r w:rsidRPr="00D34FE4">
        <w:rPr>
          <w:sz w:val="24"/>
          <w:szCs w:val="24"/>
        </w:rPr>
        <w:br/>
      </w:r>
      <w:r w:rsidRPr="00D34FE4">
        <w:rPr>
          <w:sz w:val="24"/>
          <w:szCs w:val="24"/>
        </w:rPr>
        <w:br/>
        <w:t>______________________________________________________________</w:t>
      </w:r>
      <w:r w:rsidRPr="00D34FE4">
        <w:rPr>
          <w:sz w:val="24"/>
          <w:szCs w:val="24"/>
        </w:rPr>
        <w:br/>
      </w:r>
      <w:r w:rsidRPr="00D34FE4">
        <w:rPr>
          <w:sz w:val="24"/>
          <w:szCs w:val="24"/>
        </w:rPr>
        <w:lastRenderedPageBreak/>
        <w:t>______________________________________________________________</w:t>
      </w:r>
      <w:r w:rsidRPr="00D34FE4">
        <w:rPr>
          <w:sz w:val="24"/>
          <w:szCs w:val="24"/>
        </w:rPr>
        <w:br/>
        <w:t>______________________________________________________________</w:t>
      </w:r>
    </w:p>
    <w:p w14:paraId="3997AA1C" w14:textId="77777777" w:rsidR="00113697" w:rsidRPr="00D34FE4" w:rsidRDefault="00000000">
      <w:pPr>
        <w:rPr>
          <w:sz w:val="24"/>
          <w:szCs w:val="24"/>
        </w:rPr>
      </w:pPr>
      <w:r w:rsidRPr="00D34FE4">
        <w:rPr>
          <w:b/>
          <w:sz w:val="24"/>
          <w:szCs w:val="24"/>
        </w:rPr>
        <w:t>Today's Checklist</w:t>
      </w:r>
    </w:p>
    <w:p w14:paraId="0A65D056" w14:textId="77777777" w:rsidR="00113697" w:rsidRPr="00D34FE4" w:rsidRDefault="00000000">
      <w:pPr>
        <w:rPr>
          <w:sz w:val="24"/>
          <w:szCs w:val="24"/>
        </w:rPr>
      </w:pPr>
      <w:r w:rsidRPr="00D34FE4">
        <w:rPr>
          <w:sz w:val="24"/>
          <w:szCs w:val="24"/>
        </w:rPr>
        <w:t>☐ I reviewed approximately 30 customer reviews.</w:t>
      </w:r>
    </w:p>
    <w:p w14:paraId="7EF636C0" w14:textId="77777777" w:rsidR="00113697" w:rsidRPr="00D34FE4" w:rsidRDefault="00000000">
      <w:pPr>
        <w:rPr>
          <w:sz w:val="24"/>
          <w:szCs w:val="24"/>
        </w:rPr>
      </w:pPr>
      <w:r w:rsidRPr="00D34FE4">
        <w:rPr>
          <w:sz w:val="24"/>
          <w:szCs w:val="24"/>
        </w:rPr>
        <w:t>☐ I identified recurring compliments.</w:t>
      </w:r>
    </w:p>
    <w:p w14:paraId="469F56D7" w14:textId="77777777" w:rsidR="00113697" w:rsidRPr="00D34FE4" w:rsidRDefault="00000000">
      <w:pPr>
        <w:rPr>
          <w:sz w:val="24"/>
          <w:szCs w:val="24"/>
        </w:rPr>
      </w:pPr>
      <w:r w:rsidRPr="00D34FE4">
        <w:rPr>
          <w:sz w:val="24"/>
          <w:szCs w:val="24"/>
        </w:rPr>
        <w:t>☐ I identified recurring complaints.</w:t>
      </w:r>
    </w:p>
    <w:p w14:paraId="69D34FF1" w14:textId="77777777" w:rsidR="00113697" w:rsidRPr="00D34FE4" w:rsidRDefault="00000000">
      <w:pPr>
        <w:rPr>
          <w:sz w:val="24"/>
          <w:szCs w:val="24"/>
        </w:rPr>
      </w:pPr>
      <w:r w:rsidRPr="00D34FE4">
        <w:rPr>
          <w:sz w:val="24"/>
          <w:szCs w:val="24"/>
        </w:rPr>
        <w:t>☐ I recorded words and phrases customers use repeatedly.</w:t>
      </w:r>
    </w:p>
    <w:p w14:paraId="6AAEC895" w14:textId="77777777" w:rsidR="00113697" w:rsidRPr="00D34FE4" w:rsidRDefault="00000000">
      <w:pPr>
        <w:rPr>
          <w:sz w:val="24"/>
          <w:szCs w:val="24"/>
        </w:rPr>
      </w:pPr>
      <w:r w:rsidRPr="00D34FE4">
        <w:rPr>
          <w:sz w:val="24"/>
          <w:szCs w:val="24"/>
        </w:rPr>
        <w:t>☐ I identified at least one opportunity for my business.</w:t>
      </w:r>
    </w:p>
    <w:p w14:paraId="3242F145" w14:textId="77777777" w:rsidR="00113697" w:rsidRPr="00D34FE4" w:rsidRDefault="00000000">
      <w:pPr>
        <w:rPr>
          <w:sz w:val="24"/>
          <w:szCs w:val="24"/>
        </w:rPr>
      </w:pPr>
      <w:r w:rsidRPr="00D34FE4">
        <w:rPr>
          <w:b/>
          <w:sz w:val="24"/>
          <w:szCs w:val="24"/>
        </w:rPr>
        <w:t>Need Help?</w:t>
      </w:r>
    </w:p>
    <w:p w14:paraId="4D2EB00B" w14:textId="77777777" w:rsidR="00113697" w:rsidRPr="00D34FE4" w:rsidRDefault="00000000">
      <w:pPr>
        <w:rPr>
          <w:sz w:val="24"/>
          <w:szCs w:val="24"/>
        </w:rPr>
      </w:pPr>
      <w:r w:rsidRPr="00D34FE4">
        <w:rPr>
          <w:sz w:val="24"/>
          <w:szCs w:val="24"/>
        </w:rPr>
        <w:t>Have you noticed patterns in the reviews you've been reading?</w:t>
      </w:r>
      <w:r w:rsidRPr="00D34FE4">
        <w:rPr>
          <w:sz w:val="24"/>
          <w:szCs w:val="24"/>
        </w:rPr>
        <w:br/>
      </w:r>
      <w:r w:rsidRPr="00D34FE4">
        <w:rPr>
          <w:sz w:val="24"/>
          <w:szCs w:val="24"/>
        </w:rPr>
        <w:br/>
        <w:t>Bring your findings to a free consultation with the Hamilton Business Centre. Our Business Advisors can help you interpret what you've discovered, identify opportunities, and discuss how those insights can shape your products, services, and marketing strategy.</w:t>
      </w:r>
    </w:p>
    <w:sectPr w:rsidR="00113697" w:rsidRPr="00D34FE4"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F89AB" w14:textId="77777777" w:rsidR="0047351E" w:rsidRDefault="0047351E" w:rsidP="00D34FE4">
      <w:pPr>
        <w:spacing w:after="0" w:line="240" w:lineRule="auto"/>
      </w:pPr>
      <w:r>
        <w:separator/>
      </w:r>
    </w:p>
  </w:endnote>
  <w:endnote w:type="continuationSeparator" w:id="0">
    <w:p w14:paraId="070EEEA2" w14:textId="77777777" w:rsidR="0047351E" w:rsidRDefault="0047351E" w:rsidP="00D34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0144F" w14:textId="6A0BB78A" w:rsidR="00D34FE4" w:rsidRPr="00647DD4" w:rsidRDefault="00647DD4" w:rsidP="00647DD4">
    <w:pPr>
      <w:pStyle w:val="Footer"/>
      <w:jc w:val="center"/>
    </w:pPr>
    <w:r w:rsidRPr="00647DD4">
      <w:t>Market Research Made Simple | www.hamiltonbusinesscentre.ca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6FF08" w14:textId="77777777" w:rsidR="0047351E" w:rsidRDefault="0047351E" w:rsidP="00D34FE4">
      <w:pPr>
        <w:spacing w:after="0" w:line="240" w:lineRule="auto"/>
      </w:pPr>
      <w:r>
        <w:separator/>
      </w:r>
    </w:p>
  </w:footnote>
  <w:footnote w:type="continuationSeparator" w:id="0">
    <w:p w14:paraId="269064B6" w14:textId="77777777" w:rsidR="0047351E" w:rsidRDefault="0047351E" w:rsidP="00D34F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47792822">
    <w:abstractNumId w:val="8"/>
  </w:num>
  <w:num w:numId="2" w16cid:durableId="457530791">
    <w:abstractNumId w:val="6"/>
  </w:num>
  <w:num w:numId="3" w16cid:durableId="70660993">
    <w:abstractNumId w:val="5"/>
  </w:num>
  <w:num w:numId="4" w16cid:durableId="1644306411">
    <w:abstractNumId w:val="4"/>
  </w:num>
  <w:num w:numId="5" w16cid:durableId="170267300">
    <w:abstractNumId w:val="7"/>
  </w:num>
  <w:num w:numId="6" w16cid:durableId="704140565">
    <w:abstractNumId w:val="3"/>
  </w:num>
  <w:num w:numId="7" w16cid:durableId="640381846">
    <w:abstractNumId w:val="2"/>
  </w:num>
  <w:num w:numId="8" w16cid:durableId="1243561270">
    <w:abstractNumId w:val="1"/>
  </w:num>
  <w:num w:numId="9" w16cid:durableId="554512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0B91"/>
    <w:rsid w:val="0006063C"/>
    <w:rsid w:val="000833B9"/>
    <w:rsid w:val="00113697"/>
    <w:rsid w:val="0011632B"/>
    <w:rsid w:val="00144B2B"/>
    <w:rsid w:val="0015074B"/>
    <w:rsid w:val="002363C6"/>
    <w:rsid w:val="0029639D"/>
    <w:rsid w:val="00326F90"/>
    <w:rsid w:val="00405E50"/>
    <w:rsid w:val="00441E00"/>
    <w:rsid w:val="0047351E"/>
    <w:rsid w:val="0059712B"/>
    <w:rsid w:val="00647DD4"/>
    <w:rsid w:val="00653177"/>
    <w:rsid w:val="007E16A7"/>
    <w:rsid w:val="00846B4E"/>
    <w:rsid w:val="00AA1D8D"/>
    <w:rsid w:val="00B47730"/>
    <w:rsid w:val="00CB0664"/>
    <w:rsid w:val="00D34FE4"/>
    <w:rsid w:val="00EB4DE5"/>
    <w:rsid w:val="00F7613E"/>
    <w:rsid w:val="00F846A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AA0DEB"/>
  <w14:defaultImageDpi w14:val="300"/>
  <w15:docId w15:val="{0F7420F3-9CC5-4F91-8C08-EFE8C9C7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Russell, Keith</cp:lastModifiedBy>
  <cp:revision>9</cp:revision>
  <dcterms:created xsi:type="dcterms:W3CDTF">2013-12-23T23:15:00Z</dcterms:created>
  <dcterms:modified xsi:type="dcterms:W3CDTF">2026-07-23T11:42:00Z</dcterms:modified>
  <cp:category/>
</cp:coreProperties>
</file>