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906E" w14:textId="77777777" w:rsidR="00917A7E" w:rsidRDefault="00917A7E" w:rsidP="00917A7E">
      <w:pPr>
        <w:rPr>
          <w:b/>
          <w:sz w:val="24"/>
          <w:szCs w:val="24"/>
        </w:rPr>
      </w:pPr>
      <w:r>
        <w:rPr>
          <w:b/>
          <w:noProof/>
          <w:sz w:val="24"/>
          <w:szCs w:val="24"/>
        </w:rPr>
        <w:drawing>
          <wp:inline distT="0" distB="0" distL="0" distR="0" wp14:anchorId="1588F873" wp14:editId="42B003A8">
            <wp:extent cx="1133475" cy="704850"/>
            <wp:effectExtent l="0" t="0" r="9525" b="0"/>
            <wp:docPr id="1754468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68999" name="Picture 1754468999"/>
                    <pic:cNvPicPr/>
                  </pic:nvPicPr>
                  <pic:blipFill>
                    <a:blip r:embed="rId8"/>
                    <a:stretch>
                      <a:fillRect/>
                    </a:stretch>
                  </pic:blipFill>
                  <pic:spPr>
                    <a:xfrm>
                      <a:off x="0" y="0"/>
                      <a:ext cx="1133475" cy="704850"/>
                    </a:xfrm>
                    <a:prstGeom prst="rect">
                      <a:avLst/>
                    </a:prstGeom>
                  </pic:spPr>
                </pic:pic>
              </a:graphicData>
            </a:graphic>
          </wp:inline>
        </w:drawing>
      </w:r>
    </w:p>
    <w:p w14:paraId="676E8248" w14:textId="77777777" w:rsidR="00917A7E" w:rsidRPr="00C7693D" w:rsidRDefault="00917A7E" w:rsidP="00917A7E">
      <w:pPr>
        <w:rPr>
          <w:sz w:val="52"/>
          <w:szCs w:val="52"/>
        </w:rPr>
      </w:pPr>
      <w:r w:rsidRPr="00C7693D">
        <w:rPr>
          <w:b/>
          <w:sz w:val="52"/>
          <w:szCs w:val="52"/>
        </w:rPr>
        <w:t>Market Research Made Simple</w:t>
      </w:r>
    </w:p>
    <w:p w14:paraId="2C032CA8" w14:textId="4D38CAA3" w:rsidR="00103ABA" w:rsidRPr="00917A7E" w:rsidRDefault="00000000">
      <w:pPr>
        <w:rPr>
          <w:sz w:val="32"/>
          <w:szCs w:val="32"/>
        </w:rPr>
      </w:pPr>
      <w:r w:rsidRPr="00917A7E">
        <w:rPr>
          <w:b/>
          <w:sz w:val="32"/>
          <w:szCs w:val="32"/>
        </w:rPr>
        <w:t>Lesson 4 Worksheet</w:t>
      </w:r>
      <w:r w:rsidR="00917A7E" w:rsidRPr="00917A7E">
        <w:rPr>
          <w:sz w:val="32"/>
          <w:szCs w:val="32"/>
        </w:rPr>
        <w:t xml:space="preserve"> - </w:t>
      </w:r>
      <w:r w:rsidRPr="00917A7E">
        <w:rPr>
          <w:b/>
          <w:sz w:val="32"/>
          <w:szCs w:val="32"/>
        </w:rPr>
        <w:t>Spy on Your Competition</w:t>
      </w:r>
    </w:p>
    <w:p w14:paraId="10D4F9E2" w14:textId="77777777" w:rsidR="00103ABA" w:rsidRPr="00135626" w:rsidRDefault="00000000">
      <w:pPr>
        <w:rPr>
          <w:sz w:val="24"/>
          <w:szCs w:val="24"/>
        </w:rPr>
      </w:pPr>
      <w:r w:rsidRPr="00135626">
        <w:rPr>
          <w:b/>
          <w:sz w:val="24"/>
          <w:szCs w:val="24"/>
        </w:rPr>
        <w:t>Lesson Objective</w:t>
      </w:r>
    </w:p>
    <w:p w14:paraId="55830634" w14:textId="77777777" w:rsidR="00103ABA" w:rsidRPr="00135626" w:rsidRDefault="00000000">
      <w:pPr>
        <w:rPr>
          <w:sz w:val="24"/>
          <w:szCs w:val="24"/>
        </w:rPr>
      </w:pPr>
      <w:r w:rsidRPr="00135626">
        <w:rPr>
          <w:sz w:val="24"/>
          <w:szCs w:val="24"/>
        </w:rPr>
        <w:t>Analyze your competitors to better understand your market, identify opportunities, and discover ways to differentiate your business.</w:t>
      </w:r>
    </w:p>
    <w:p w14:paraId="1E91CE16" w14:textId="77777777" w:rsidR="00103ABA" w:rsidRPr="00135626" w:rsidRDefault="00000000">
      <w:pPr>
        <w:rPr>
          <w:sz w:val="24"/>
          <w:szCs w:val="24"/>
        </w:rPr>
      </w:pPr>
      <w:r w:rsidRPr="00135626">
        <w:rPr>
          <w:b/>
          <w:sz w:val="24"/>
          <w:szCs w:val="24"/>
        </w:rPr>
        <w:t>Complete Your Challenge Activity</w:t>
      </w:r>
    </w:p>
    <w:p w14:paraId="5A9BE99F" w14:textId="77777777" w:rsidR="00103ABA" w:rsidRPr="00135626" w:rsidRDefault="00000000">
      <w:pPr>
        <w:rPr>
          <w:sz w:val="24"/>
          <w:szCs w:val="24"/>
        </w:rPr>
      </w:pPr>
      <w:r w:rsidRPr="00135626">
        <w:rPr>
          <w:sz w:val="24"/>
          <w:szCs w:val="24"/>
        </w:rPr>
        <w:t>Identify three competitors in your local market. Explore their websites, Google Business Profiles, and social media pages. Record your observations below.</w:t>
      </w:r>
    </w:p>
    <w:p w14:paraId="2A5E6B7B" w14:textId="77777777" w:rsidR="00103ABA" w:rsidRPr="00135626" w:rsidRDefault="00000000">
      <w:pPr>
        <w:rPr>
          <w:sz w:val="24"/>
          <w:szCs w:val="24"/>
        </w:rPr>
      </w:pPr>
      <w:r w:rsidRPr="00135626">
        <w:rPr>
          <w:b/>
          <w:sz w:val="24"/>
          <w:szCs w:val="24"/>
        </w:rPr>
        <w:t>Competitor #1</w:t>
      </w:r>
    </w:p>
    <w:p w14:paraId="034E04AF" w14:textId="77777777" w:rsidR="00103ABA" w:rsidRPr="00135626" w:rsidRDefault="00000000">
      <w:pPr>
        <w:rPr>
          <w:sz w:val="24"/>
          <w:szCs w:val="24"/>
        </w:rPr>
      </w:pPr>
      <w:r w:rsidRPr="00135626">
        <w:rPr>
          <w:b/>
          <w:sz w:val="24"/>
          <w:szCs w:val="24"/>
        </w:rPr>
        <w:t>Business Name</w:t>
      </w:r>
    </w:p>
    <w:p w14:paraId="63166D7C"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6E732BED" w14:textId="77777777" w:rsidR="00103ABA" w:rsidRPr="00135626" w:rsidRDefault="00000000">
      <w:pPr>
        <w:rPr>
          <w:sz w:val="24"/>
          <w:szCs w:val="24"/>
        </w:rPr>
      </w:pPr>
      <w:r w:rsidRPr="00135626">
        <w:rPr>
          <w:b/>
          <w:sz w:val="24"/>
          <w:szCs w:val="24"/>
        </w:rPr>
        <w:t>Website / Social Media</w:t>
      </w:r>
    </w:p>
    <w:p w14:paraId="536919EF"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0214C2F7" w14:textId="77777777" w:rsidR="00103ABA" w:rsidRPr="00135626" w:rsidRDefault="00000000">
      <w:pPr>
        <w:rPr>
          <w:sz w:val="24"/>
          <w:szCs w:val="24"/>
        </w:rPr>
      </w:pPr>
      <w:r w:rsidRPr="00135626">
        <w:rPr>
          <w:b/>
          <w:sz w:val="24"/>
          <w:szCs w:val="24"/>
        </w:rPr>
        <w:t>What do they do well?</w:t>
      </w:r>
    </w:p>
    <w:p w14:paraId="718828BD"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0F8FBE8C" w14:textId="77777777" w:rsidR="00103ABA" w:rsidRPr="00135626" w:rsidRDefault="00000000">
      <w:pPr>
        <w:rPr>
          <w:sz w:val="24"/>
          <w:szCs w:val="24"/>
        </w:rPr>
      </w:pPr>
      <w:r w:rsidRPr="00135626">
        <w:rPr>
          <w:b/>
          <w:sz w:val="24"/>
          <w:szCs w:val="24"/>
        </w:rPr>
        <w:t>What could they improve?</w:t>
      </w:r>
    </w:p>
    <w:p w14:paraId="188DA9D9"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0DB9AB06" w14:textId="77777777" w:rsidR="00103ABA" w:rsidRPr="00135626" w:rsidRDefault="00000000">
      <w:pPr>
        <w:rPr>
          <w:sz w:val="24"/>
          <w:szCs w:val="24"/>
        </w:rPr>
      </w:pPr>
      <w:r w:rsidRPr="00135626">
        <w:rPr>
          <w:b/>
          <w:sz w:val="24"/>
          <w:szCs w:val="24"/>
        </w:rPr>
        <w:t>What makes them different?</w:t>
      </w:r>
    </w:p>
    <w:p w14:paraId="26E2B9B5" w14:textId="77777777" w:rsidR="00103ABA" w:rsidRPr="00135626" w:rsidRDefault="00000000">
      <w:pPr>
        <w:rPr>
          <w:sz w:val="24"/>
          <w:szCs w:val="24"/>
        </w:rPr>
      </w:pPr>
      <w:r w:rsidRPr="00135626">
        <w:rPr>
          <w:sz w:val="24"/>
          <w:szCs w:val="24"/>
        </w:rPr>
        <w:lastRenderedPageBreak/>
        <w:t>____________________________________________________________</w:t>
      </w:r>
      <w:r w:rsidRPr="00135626">
        <w:rPr>
          <w:sz w:val="24"/>
          <w:szCs w:val="24"/>
        </w:rPr>
        <w:br/>
        <w:t>____________________________________________________________</w:t>
      </w:r>
    </w:p>
    <w:p w14:paraId="62FB14E4" w14:textId="77777777" w:rsidR="00103ABA" w:rsidRPr="00135626" w:rsidRDefault="00000000">
      <w:pPr>
        <w:rPr>
          <w:sz w:val="24"/>
          <w:szCs w:val="24"/>
        </w:rPr>
      </w:pPr>
      <w:r w:rsidRPr="00135626">
        <w:rPr>
          <w:b/>
          <w:sz w:val="24"/>
          <w:szCs w:val="24"/>
        </w:rPr>
        <w:t>What opportunities do you see that they may be missing?</w:t>
      </w:r>
    </w:p>
    <w:p w14:paraId="555D5B40"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798279B8" w14:textId="77777777" w:rsidR="00103ABA" w:rsidRPr="00135626" w:rsidRDefault="00000000">
      <w:pPr>
        <w:rPr>
          <w:sz w:val="24"/>
          <w:szCs w:val="24"/>
        </w:rPr>
      </w:pPr>
      <w:r w:rsidRPr="00135626">
        <w:rPr>
          <w:b/>
          <w:sz w:val="24"/>
          <w:szCs w:val="24"/>
        </w:rPr>
        <w:t>Competitor #2</w:t>
      </w:r>
    </w:p>
    <w:p w14:paraId="1D846F06" w14:textId="77777777" w:rsidR="00103ABA" w:rsidRPr="00135626" w:rsidRDefault="00000000">
      <w:pPr>
        <w:rPr>
          <w:sz w:val="24"/>
          <w:szCs w:val="24"/>
        </w:rPr>
      </w:pPr>
      <w:r w:rsidRPr="00135626">
        <w:rPr>
          <w:b/>
          <w:sz w:val="24"/>
          <w:szCs w:val="24"/>
        </w:rPr>
        <w:t>Business Name</w:t>
      </w:r>
    </w:p>
    <w:p w14:paraId="7CA3F14C"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386CF2B0" w14:textId="77777777" w:rsidR="00103ABA" w:rsidRPr="00135626" w:rsidRDefault="00000000">
      <w:pPr>
        <w:rPr>
          <w:sz w:val="24"/>
          <w:szCs w:val="24"/>
        </w:rPr>
      </w:pPr>
      <w:r w:rsidRPr="00135626">
        <w:rPr>
          <w:b/>
          <w:sz w:val="24"/>
          <w:szCs w:val="24"/>
        </w:rPr>
        <w:t>Website / Social Media</w:t>
      </w:r>
    </w:p>
    <w:p w14:paraId="46A70A00"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11378775" w14:textId="77777777" w:rsidR="00103ABA" w:rsidRPr="00135626" w:rsidRDefault="00000000">
      <w:pPr>
        <w:rPr>
          <w:sz w:val="24"/>
          <w:szCs w:val="24"/>
        </w:rPr>
      </w:pPr>
      <w:r w:rsidRPr="00135626">
        <w:rPr>
          <w:b/>
          <w:sz w:val="24"/>
          <w:szCs w:val="24"/>
        </w:rPr>
        <w:t>What do they do well?</w:t>
      </w:r>
    </w:p>
    <w:p w14:paraId="1A5444BC"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2DDDA0BD" w14:textId="77777777" w:rsidR="00103ABA" w:rsidRPr="00135626" w:rsidRDefault="00000000">
      <w:pPr>
        <w:rPr>
          <w:sz w:val="24"/>
          <w:szCs w:val="24"/>
        </w:rPr>
      </w:pPr>
      <w:r w:rsidRPr="00135626">
        <w:rPr>
          <w:b/>
          <w:sz w:val="24"/>
          <w:szCs w:val="24"/>
        </w:rPr>
        <w:t>What could they improve?</w:t>
      </w:r>
    </w:p>
    <w:p w14:paraId="2A6C2E3B"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1336506C" w14:textId="77777777" w:rsidR="00103ABA" w:rsidRPr="00135626" w:rsidRDefault="00000000">
      <w:pPr>
        <w:rPr>
          <w:sz w:val="24"/>
          <w:szCs w:val="24"/>
        </w:rPr>
      </w:pPr>
      <w:r w:rsidRPr="00135626">
        <w:rPr>
          <w:b/>
          <w:sz w:val="24"/>
          <w:szCs w:val="24"/>
        </w:rPr>
        <w:t>What makes them different?</w:t>
      </w:r>
    </w:p>
    <w:p w14:paraId="25B8018C"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1F20282F" w14:textId="77777777" w:rsidR="00103ABA" w:rsidRPr="00135626" w:rsidRDefault="00000000">
      <w:pPr>
        <w:rPr>
          <w:sz w:val="24"/>
          <w:szCs w:val="24"/>
        </w:rPr>
      </w:pPr>
      <w:r w:rsidRPr="00135626">
        <w:rPr>
          <w:b/>
          <w:sz w:val="24"/>
          <w:szCs w:val="24"/>
        </w:rPr>
        <w:t>What opportunities do you see that they may be missing?</w:t>
      </w:r>
    </w:p>
    <w:p w14:paraId="2FB26220"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696B314D" w14:textId="77777777" w:rsidR="00103ABA" w:rsidRPr="00135626" w:rsidRDefault="00000000">
      <w:pPr>
        <w:rPr>
          <w:sz w:val="24"/>
          <w:szCs w:val="24"/>
        </w:rPr>
      </w:pPr>
      <w:r w:rsidRPr="00135626">
        <w:rPr>
          <w:b/>
          <w:sz w:val="24"/>
          <w:szCs w:val="24"/>
        </w:rPr>
        <w:t>Competitor #3</w:t>
      </w:r>
    </w:p>
    <w:p w14:paraId="504F4258" w14:textId="77777777" w:rsidR="00103ABA" w:rsidRPr="00135626" w:rsidRDefault="00000000">
      <w:pPr>
        <w:rPr>
          <w:sz w:val="24"/>
          <w:szCs w:val="24"/>
        </w:rPr>
      </w:pPr>
      <w:r w:rsidRPr="00135626">
        <w:rPr>
          <w:b/>
          <w:sz w:val="24"/>
          <w:szCs w:val="24"/>
        </w:rPr>
        <w:t>Business Name</w:t>
      </w:r>
    </w:p>
    <w:p w14:paraId="0BB10EFA" w14:textId="77777777" w:rsidR="00103ABA" w:rsidRPr="00135626" w:rsidRDefault="00000000">
      <w:pPr>
        <w:rPr>
          <w:sz w:val="24"/>
          <w:szCs w:val="24"/>
        </w:rPr>
      </w:pPr>
      <w:r w:rsidRPr="00135626">
        <w:rPr>
          <w:sz w:val="24"/>
          <w:szCs w:val="24"/>
        </w:rPr>
        <w:lastRenderedPageBreak/>
        <w:t>____________________________________________________________</w:t>
      </w:r>
      <w:r w:rsidRPr="00135626">
        <w:rPr>
          <w:sz w:val="24"/>
          <w:szCs w:val="24"/>
        </w:rPr>
        <w:br/>
        <w:t>____________________________________________________________</w:t>
      </w:r>
    </w:p>
    <w:p w14:paraId="22983A9B" w14:textId="77777777" w:rsidR="00103ABA" w:rsidRPr="00135626" w:rsidRDefault="00000000">
      <w:pPr>
        <w:rPr>
          <w:sz w:val="24"/>
          <w:szCs w:val="24"/>
        </w:rPr>
      </w:pPr>
      <w:r w:rsidRPr="00135626">
        <w:rPr>
          <w:b/>
          <w:sz w:val="24"/>
          <w:szCs w:val="24"/>
        </w:rPr>
        <w:t>Website / Social Media</w:t>
      </w:r>
    </w:p>
    <w:p w14:paraId="450CFF1C"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1EA3B4DC" w14:textId="77777777" w:rsidR="00103ABA" w:rsidRPr="00135626" w:rsidRDefault="00000000">
      <w:pPr>
        <w:rPr>
          <w:sz w:val="24"/>
          <w:szCs w:val="24"/>
        </w:rPr>
      </w:pPr>
      <w:r w:rsidRPr="00135626">
        <w:rPr>
          <w:b/>
          <w:sz w:val="24"/>
          <w:szCs w:val="24"/>
        </w:rPr>
        <w:t>What do they do well?</w:t>
      </w:r>
    </w:p>
    <w:p w14:paraId="095E0DAE"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783F70B3" w14:textId="77777777" w:rsidR="00103ABA" w:rsidRPr="00135626" w:rsidRDefault="00000000">
      <w:pPr>
        <w:rPr>
          <w:sz w:val="24"/>
          <w:szCs w:val="24"/>
        </w:rPr>
      </w:pPr>
      <w:r w:rsidRPr="00135626">
        <w:rPr>
          <w:b/>
          <w:sz w:val="24"/>
          <w:szCs w:val="24"/>
        </w:rPr>
        <w:t>What could they improve?</w:t>
      </w:r>
    </w:p>
    <w:p w14:paraId="34D36E7A"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2E420414" w14:textId="77777777" w:rsidR="00103ABA" w:rsidRPr="00135626" w:rsidRDefault="00000000">
      <w:pPr>
        <w:rPr>
          <w:sz w:val="24"/>
          <w:szCs w:val="24"/>
        </w:rPr>
      </w:pPr>
      <w:r w:rsidRPr="00135626">
        <w:rPr>
          <w:b/>
          <w:sz w:val="24"/>
          <w:szCs w:val="24"/>
        </w:rPr>
        <w:t>What makes them different?</w:t>
      </w:r>
    </w:p>
    <w:p w14:paraId="35A3513A"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556FEF5E" w14:textId="77777777" w:rsidR="00103ABA" w:rsidRPr="00135626" w:rsidRDefault="00000000">
      <w:pPr>
        <w:rPr>
          <w:sz w:val="24"/>
          <w:szCs w:val="24"/>
        </w:rPr>
      </w:pPr>
      <w:r w:rsidRPr="00135626">
        <w:rPr>
          <w:b/>
          <w:sz w:val="24"/>
          <w:szCs w:val="24"/>
        </w:rPr>
        <w:t>What opportunities do you see that they may be missing?</w:t>
      </w:r>
    </w:p>
    <w:p w14:paraId="423EC60F" w14:textId="77777777" w:rsidR="00103ABA" w:rsidRPr="00135626" w:rsidRDefault="00000000">
      <w:pPr>
        <w:rPr>
          <w:sz w:val="24"/>
          <w:szCs w:val="24"/>
        </w:rPr>
      </w:pPr>
      <w:r w:rsidRPr="00135626">
        <w:rPr>
          <w:sz w:val="24"/>
          <w:szCs w:val="24"/>
        </w:rPr>
        <w:t>____________________________________________________________</w:t>
      </w:r>
      <w:r w:rsidRPr="00135626">
        <w:rPr>
          <w:sz w:val="24"/>
          <w:szCs w:val="24"/>
        </w:rPr>
        <w:br/>
        <w:t>____________________________________________________________</w:t>
      </w:r>
    </w:p>
    <w:p w14:paraId="7D411047" w14:textId="77777777" w:rsidR="00103ABA" w:rsidRPr="00135626" w:rsidRDefault="00000000">
      <w:pPr>
        <w:rPr>
          <w:sz w:val="24"/>
          <w:szCs w:val="24"/>
        </w:rPr>
      </w:pPr>
      <w:r w:rsidRPr="00135626">
        <w:rPr>
          <w:b/>
          <w:sz w:val="24"/>
          <w:szCs w:val="24"/>
        </w:rPr>
        <w:t>Patterns You Noticed</w:t>
      </w:r>
    </w:p>
    <w:p w14:paraId="441A6409" w14:textId="77777777" w:rsidR="00103ABA" w:rsidRPr="00135626" w:rsidRDefault="00000000">
      <w:pPr>
        <w:rPr>
          <w:sz w:val="24"/>
          <w:szCs w:val="24"/>
        </w:rPr>
      </w:pPr>
      <w:r w:rsidRPr="00135626">
        <w:rPr>
          <w:sz w:val="24"/>
          <w:szCs w:val="24"/>
        </w:rPr>
        <w:t>After researching your competitors, what patterns or trends did you notice?</w:t>
      </w:r>
      <w:r w:rsidRPr="00135626">
        <w:rPr>
          <w:sz w:val="24"/>
          <w:szCs w:val="24"/>
        </w:rPr>
        <w:br/>
      </w:r>
      <w:r w:rsidRPr="00135626">
        <w:rPr>
          <w:sz w:val="24"/>
          <w:szCs w:val="24"/>
        </w:rPr>
        <w:br/>
        <w:t>____________________________________________________________</w:t>
      </w:r>
      <w:r w:rsidRPr="00135626">
        <w:rPr>
          <w:sz w:val="24"/>
          <w:szCs w:val="24"/>
        </w:rPr>
        <w:br/>
        <w:t>____________________________________________________________</w:t>
      </w:r>
      <w:r w:rsidRPr="00135626">
        <w:rPr>
          <w:sz w:val="24"/>
          <w:szCs w:val="24"/>
        </w:rPr>
        <w:br/>
        <w:t>____________________________________________________________</w:t>
      </w:r>
    </w:p>
    <w:p w14:paraId="437C8B01" w14:textId="77777777" w:rsidR="00103ABA" w:rsidRPr="00135626" w:rsidRDefault="00000000">
      <w:pPr>
        <w:rPr>
          <w:sz w:val="24"/>
          <w:szCs w:val="24"/>
        </w:rPr>
      </w:pPr>
      <w:r w:rsidRPr="00135626">
        <w:rPr>
          <w:b/>
          <w:sz w:val="24"/>
          <w:szCs w:val="24"/>
        </w:rPr>
        <w:t>Business Coach Tip</w:t>
      </w:r>
    </w:p>
    <w:p w14:paraId="1BED881F" w14:textId="77777777" w:rsidR="00103ABA" w:rsidRPr="00135626" w:rsidRDefault="00000000">
      <w:pPr>
        <w:rPr>
          <w:sz w:val="24"/>
          <w:szCs w:val="24"/>
        </w:rPr>
      </w:pPr>
      <w:r w:rsidRPr="00135626">
        <w:rPr>
          <w:sz w:val="24"/>
          <w:szCs w:val="24"/>
        </w:rPr>
        <w:t>Don't be discouraged if you discover businesses that are larger, older, or more established than yours.</w:t>
      </w:r>
      <w:r w:rsidRPr="00135626">
        <w:rPr>
          <w:sz w:val="24"/>
          <w:szCs w:val="24"/>
        </w:rPr>
        <w:br/>
      </w:r>
      <w:r w:rsidRPr="00135626">
        <w:rPr>
          <w:sz w:val="24"/>
          <w:szCs w:val="24"/>
        </w:rPr>
        <w:br/>
        <w:t>Instead of seeing competitors as obstacles, think of them as free teachers. They've already shown you what's possible. Now your job is to decide how you'll be different.</w:t>
      </w:r>
    </w:p>
    <w:p w14:paraId="028BD02D" w14:textId="77777777" w:rsidR="00103ABA" w:rsidRPr="00135626" w:rsidRDefault="00000000">
      <w:pPr>
        <w:rPr>
          <w:sz w:val="24"/>
          <w:szCs w:val="24"/>
        </w:rPr>
      </w:pPr>
      <w:r w:rsidRPr="00135626">
        <w:rPr>
          <w:b/>
          <w:sz w:val="24"/>
          <w:szCs w:val="24"/>
        </w:rPr>
        <w:lastRenderedPageBreak/>
        <w:t>Key Insight</w:t>
      </w:r>
    </w:p>
    <w:p w14:paraId="48BE09B1" w14:textId="77777777" w:rsidR="00103ABA" w:rsidRPr="00135626" w:rsidRDefault="00000000">
      <w:pPr>
        <w:rPr>
          <w:sz w:val="24"/>
          <w:szCs w:val="24"/>
        </w:rPr>
      </w:pPr>
      <w:r w:rsidRPr="00135626">
        <w:rPr>
          <w:sz w:val="24"/>
          <w:szCs w:val="24"/>
        </w:rPr>
        <w:t>What's the biggest opportunity you discovered in your market?</w:t>
      </w:r>
      <w:r w:rsidRPr="00135626">
        <w:rPr>
          <w:sz w:val="24"/>
          <w:szCs w:val="24"/>
        </w:rPr>
        <w:br/>
      </w:r>
      <w:r w:rsidRPr="00135626">
        <w:rPr>
          <w:sz w:val="24"/>
          <w:szCs w:val="24"/>
        </w:rPr>
        <w:br/>
        <w:t>____________________________________________________________</w:t>
      </w:r>
      <w:r w:rsidRPr="00135626">
        <w:rPr>
          <w:sz w:val="24"/>
          <w:szCs w:val="24"/>
        </w:rPr>
        <w:br/>
        <w:t>____________________________________________________________</w:t>
      </w:r>
    </w:p>
    <w:p w14:paraId="3D869FBF" w14:textId="77777777" w:rsidR="00103ABA" w:rsidRPr="00135626" w:rsidRDefault="00000000">
      <w:pPr>
        <w:rPr>
          <w:sz w:val="24"/>
          <w:szCs w:val="24"/>
        </w:rPr>
      </w:pPr>
      <w:r w:rsidRPr="00135626">
        <w:rPr>
          <w:b/>
          <w:sz w:val="24"/>
          <w:szCs w:val="24"/>
        </w:rPr>
        <w:t>Reflection</w:t>
      </w:r>
    </w:p>
    <w:p w14:paraId="70AB4810" w14:textId="77777777" w:rsidR="00103ABA" w:rsidRPr="00135626" w:rsidRDefault="00000000">
      <w:pPr>
        <w:rPr>
          <w:sz w:val="24"/>
          <w:szCs w:val="24"/>
        </w:rPr>
      </w:pPr>
      <w:r w:rsidRPr="00135626">
        <w:rPr>
          <w:sz w:val="24"/>
          <w:szCs w:val="24"/>
        </w:rPr>
        <w:t>How can you position your business to stand out instead of blending in?</w:t>
      </w:r>
      <w:r w:rsidRPr="00135626">
        <w:rPr>
          <w:sz w:val="24"/>
          <w:szCs w:val="24"/>
        </w:rPr>
        <w:br/>
      </w:r>
      <w:r w:rsidRPr="00135626">
        <w:rPr>
          <w:sz w:val="24"/>
          <w:szCs w:val="24"/>
        </w:rPr>
        <w:br/>
        <w:t>____________________________________________________________</w:t>
      </w:r>
      <w:r w:rsidRPr="00135626">
        <w:rPr>
          <w:sz w:val="24"/>
          <w:szCs w:val="24"/>
        </w:rPr>
        <w:br/>
        <w:t>____________________________________________________________</w:t>
      </w:r>
      <w:r w:rsidRPr="00135626">
        <w:rPr>
          <w:sz w:val="24"/>
          <w:szCs w:val="24"/>
        </w:rPr>
        <w:br/>
        <w:t>____________________________________________________________</w:t>
      </w:r>
    </w:p>
    <w:p w14:paraId="75F87A4E" w14:textId="77777777" w:rsidR="00103ABA" w:rsidRPr="00135626" w:rsidRDefault="00000000">
      <w:pPr>
        <w:rPr>
          <w:sz w:val="24"/>
          <w:szCs w:val="24"/>
        </w:rPr>
      </w:pPr>
      <w:r w:rsidRPr="00135626">
        <w:rPr>
          <w:b/>
          <w:sz w:val="24"/>
          <w:szCs w:val="24"/>
        </w:rPr>
        <w:t>Today's Checklist</w:t>
      </w:r>
    </w:p>
    <w:p w14:paraId="58790323" w14:textId="77777777" w:rsidR="00103ABA" w:rsidRPr="00135626" w:rsidRDefault="00000000">
      <w:pPr>
        <w:rPr>
          <w:sz w:val="24"/>
          <w:szCs w:val="24"/>
        </w:rPr>
      </w:pPr>
      <w:r w:rsidRPr="00135626">
        <w:rPr>
          <w:sz w:val="24"/>
          <w:szCs w:val="24"/>
        </w:rPr>
        <w:t>☐ I researched three competitors.</w:t>
      </w:r>
    </w:p>
    <w:p w14:paraId="357A38D9" w14:textId="77777777" w:rsidR="00103ABA" w:rsidRPr="00135626" w:rsidRDefault="00000000">
      <w:pPr>
        <w:rPr>
          <w:sz w:val="24"/>
          <w:szCs w:val="24"/>
        </w:rPr>
      </w:pPr>
      <w:r w:rsidRPr="00135626">
        <w:rPr>
          <w:sz w:val="24"/>
          <w:szCs w:val="24"/>
        </w:rPr>
        <w:t>☐ I reviewed their websites, Google Business Profiles, or social media.</w:t>
      </w:r>
    </w:p>
    <w:p w14:paraId="2CE39C39" w14:textId="77777777" w:rsidR="00103ABA" w:rsidRPr="00135626" w:rsidRDefault="00000000">
      <w:pPr>
        <w:rPr>
          <w:sz w:val="24"/>
          <w:szCs w:val="24"/>
        </w:rPr>
      </w:pPr>
      <w:r w:rsidRPr="00135626">
        <w:rPr>
          <w:sz w:val="24"/>
          <w:szCs w:val="24"/>
        </w:rPr>
        <w:t>☐ I identified what each competitor does well.</w:t>
      </w:r>
    </w:p>
    <w:p w14:paraId="32ED03CF" w14:textId="77777777" w:rsidR="00103ABA" w:rsidRPr="00135626" w:rsidRDefault="00000000">
      <w:pPr>
        <w:rPr>
          <w:sz w:val="24"/>
          <w:szCs w:val="24"/>
        </w:rPr>
      </w:pPr>
      <w:r w:rsidRPr="00135626">
        <w:rPr>
          <w:sz w:val="24"/>
          <w:szCs w:val="24"/>
        </w:rPr>
        <w:t>☐ I identified opportunities for improvement.</w:t>
      </w:r>
    </w:p>
    <w:p w14:paraId="49B7F284" w14:textId="77777777" w:rsidR="00103ABA" w:rsidRPr="00135626" w:rsidRDefault="00000000">
      <w:pPr>
        <w:rPr>
          <w:sz w:val="24"/>
          <w:szCs w:val="24"/>
        </w:rPr>
      </w:pPr>
      <w:r w:rsidRPr="00135626">
        <w:rPr>
          <w:sz w:val="24"/>
          <w:szCs w:val="24"/>
        </w:rPr>
        <w:t>☐ I discovered ideas to help differentiate my business.</w:t>
      </w:r>
    </w:p>
    <w:p w14:paraId="26382044" w14:textId="77777777" w:rsidR="00103ABA" w:rsidRPr="00135626" w:rsidRDefault="00000000">
      <w:pPr>
        <w:rPr>
          <w:sz w:val="24"/>
          <w:szCs w:val="24"/>
        </w:rPr>
      </w:pPr>
      <w:r w:rsidRPr="00135626">
        <w:rPr>
          <w:b/>
          <w:sz w:val="24"/>
          <w:szCs w:val="24"/>
        </w:rPr>
        <w:t>Need Help?</w:t>
      </w:r>
    </w:p>
    <w:p w14:paraId="523AA885" w14:textId="77777777" w:rsidR="00103ABA" w:rsidRPr="00135626" w:rsidRDefault="00000000">
      <w:pPr>
        <w:rPr>
          <w:sz w:val="24"/>
          <w:szCs w:val="24"/>
        </w:rPr>
      </w:pPr>
      <w:r w:rsidRPr="00135626">
        <w:rPr>
          <w:sz w:val="24"/>
          <w:szCs w:val="24"/>
        </w:rPr>
        <w:t xml:space="preserve">If you'd like a second set of eyes on your </w:t>
      </w:r>
      <w:proofErr w:type="gramStart"/>
      <w:r w:rsidRPr="00135626">
        <w:rPr>
          <w:sz w:val="24"/>
          <w:szCs w:val="24"/>
        </w:rPr>
        <w:t>competitor</w:t>
      </w:r>
      <w:proofErr w:type="gramEnd"/>
      <w:r w:rsidRPr="00135626">
        <w:rPr>
          <w:sz w:val="24"/>
          <w:szCs w:val="24"/>
        </w:rPr>
        <w:t xml:space="preserve"> research, the Hamilton Business Centre is here to help. Our Business Advisors can help you interpret your findings, identify opportunities in your market, and discuss ways to position your business so it stands out.</w:t>
      </w:r>
    </w:p>
    <w:sectPr w:rsidR="00103ABA" w:rsidRPr="00135626"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3D81" w14:textId="77777777" w:rsidR="00CC0308" w:rsidRDefault="00CC0308" w:rsidP="00135626">
      <w:pPr>
        <w:spacing w:after="0" w:line="240" w:lineRule="auto"/>
      </w:pPr>
      <w:r>
        <w:separator/>
      </w:r>
    </w:p>
  </w:endnote>
  <w:endnote w:type="continuationSeparator" w:id="0">
    <w:p w14:paraId="10BE3A63" w14:textId="77777777" w:rsidR="00CC0308" w:rsidRDefault="00CC0308" w:rsidP="0013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5E1B" w14:textId="066E2D22" w:rsidR="00135626" w:rsidRPr="00CA3258" w:rsidRDefault="00CA3258" w:rsidP="00CA3258">
    <w:pPr>
      <w:pStyle w:val="Footer"/>
      <w:jc w:val="center"/>
    </w:pPr>
    <w:r w:rsidRPr="00CA3258">
      <w:t>Market Research Made Simple | www.hamiltonbusinesscentre.ca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73FE" w14:textId="77777777" w:rsidR="00CC0308" w:rsidRDefault="00CC0308" w:rsidP="00135626">
      <w:pPr>
        <w:spacing w:after="0" w:line="240" w:lineRule="auto"/>
      </w:pPr>
      <w:r>
        <w:separator/>
      </w:r>
    </w:p>
  </w:footnote>
  <w:footnote w:type="continuationSeparator" w:id="0">
    <w:p w14:paraId="51CA458D" w14:textId="77777777" w:rsidR="00CC0308" w:rsidRDefault="00CC0308" w:rsidP="00135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2666396">
    <w:abstractNumId w:val="8"/>
  </w:num>
  <w:num w:numId="2" w16cid:durableId="1546986301">
    <w:abstractNumId w:val="6"/>
  </w:num>
  <w:num w:numId="3" w16cid:durableId="330647271">
    <w:abstractNumId w:val="5"/>
  </w:num>
  <w:num w:numId="4" w16cid:durableId="1008797805">
    <w:abstractNumId w:val="4"/>
  </w:num>
  <w:num w:numId="5" w16cid:durableId="186255062">
    <w:abstractNumId w:val="7"/>
  </w:num>
  <w:num w:numId="6" w16cid:durableId="1262254182">
    <w:abstractNumId w:val="3"/>
  </w:num>
  <w:num w:numId="7" w16cid:durableId="2087604995">
    <w:abstractNumId w:val="2"/>
  </w:num>
  <w:num w:numId="8" w16cid:durableId="773136287">
    <w:abstractNumId w:val="1"/>
  </w:num>
  <w:num w:numId="9" w16cid:durableId="1411001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3ABA"/>
    <w:rsid w:val="00135626"/>
    <w:rsid w:val="0015074B"/>
    <w:rsid w:val="0029639D"/>
    <w:rsid w:val="00326F90"/>
    <w:rsid w:val="00855068"/>
    <w:rsid w:val="00864AF7"/>
    <w:rsid w:val="00917A7E"/>
    <w:rsid w:val="00AA1D8D"/>
    <w:rsid w:val="00AA3245"/>
    <w:rsid w:val="00AE4E69"/>
    <w:rsid w:val="00B47730"/>
    <w:rsid w:val="00BA65FD"/>
    <w:rsid w:val="00CA3258"/>
    <w:rsid w:val="00CB0664"/>
    <w:rsid w:val="00CC0308"/>
    <w:rsid w:val="00EB29E8"/>
    <w:rsid w:val="00F972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C0C037"/>
  <w14:defaultImageDpi w14:val="300"/>
  <w15:docId w15:val="{599CAFCB-CB48-43F8-8338-B8D95F73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Russell, Keith</cp:lastModifiedBy>
  <cp:revision>6</cp:revision>
  <dcterms:created xsi:type="dcterms:W3CDTF">2013-12-23T23:15:00Z</dcterms:created>
  <dcterms:modified xsi:type="dcterms:W3CDTF">2026-07-23T11:40:00Z</dcterms:modified>
  <cp:category/>
</cp:coreProperties>
</file>