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A1C08" w14:textId="77777777" w:rsidR="000670FD" w:rsidRDefault="000670FD" w:rsidP="000670FD">
      <w:pPr>
        <w:rPr>
          <w:b/>
          <w:sz w:val="24"/>
          <w:szCs w:val="24"/>
        </w:rPr>
      </w:pPr>
      <w:r>
        <w:rPr>
          <w:b/>
          <w:noProof/>
          <w:sz w:val="24"/>
          <w:szCs w:val="24"/>
        </w:rPr>
        <w:drawing>
          <wp:inline distT="0" distB="0" distL="0" distR="0" wp14:anchorId="6F88E913" wp14:editId="72625DF5">
            <wp:extent cx="1133475" cy="704850"/>
            <wp:effectExtent l="0" t="0" r="9525" b="0"/>
            <wp:docPr id="17544689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68999" name="Picture 1754468999"/>
                    <pic:cNvPicPr/>
                  </pic:nvPicPr>
                  <pic:blipFill>
                    <a:blip r:embed="rId8"/>
                    <a:stretch>
                      <a:fillRect/>
                    </a:stretch>
                  </pic:blipFill>
                  <pic:spPr>
                    <a:xfrm>
                      <a:off x="0" y="0"/>
                      <a:ext cx="1133475" cy="704850"/>
                    </a:xfrm>
                    <a:prstGeom prst="rect">
                      <a:avLst/>
                    </a:prstGeom>
                  </pic:spPr>
                </pic:pic>
              </a:graphicData>
            </a:graphic>
          </wp:inline>
        </w:drawing>
      </w:r>
    </w:p>
    <w:p w14:paraId="2B1213A8" w14:textId="77777777" w:rsidR="000670FD" w:rsidRPr="00C7693D" w:rsidRDefault="000670FD" w:rsidP="000670FD">
      <w:pPr>
        <w:rPr>
          <w:sz w:val="52"/>
          <w:szCs w:val="52"/>
        </w:rPr>
      </w:pPr>
      <w:r w:rsidRPr="00C7693D">
        <w:rPr>
          <w:b/>
          <w:sz w:val="52"/>
          <w:szCs w:val="52"/>
        </w:rPr>
        <w:t>Market Research Made Simple</w:t>
      </w:r>
    </w:p>
    <w:p w14:paraId="49B9D144" w14:textId="7E8FEBFD" w:rsidR="00D568E0" w:rsidRPr="000670FD" w:rsidRDefault="00000000">
      <w:pPr>
        <w:rPr>
          <w:sz w:val="32"/>
          <w:szCs w:val="32"/>
        </w:rPr>
      </w:pPr>
      <w:r w:rsidRPr="000670FD">
        <w:rPr>
          <w:b/>
          <w:sz w:val="32"/>
          <w:szCs w:val="32"/>
        </w:rPr>
        <w:t>Lesson 3 Worksheet</w:t>
      </w:r>
      <w:r w:rsidR="000670FD" w:rsidRPr="000670FD">
        <w:rPr>
          <w:sz w:val="32"/>
          <w:szCs w:val="32"/>
        </w:rPr>
        <w:t xml:space="preserve"> - </w:t>
      </w:r>
      <w:r w:rsidRPr="000670FD">
        <w:rPr>
          <w:b/>
          <w:sz w:val="32"/>
          <w:szCs w:val="32"/>
        </w:rPr>
        <w:t>Talk to Real People</w:t>
      </w:r>
    </w:p>
    <w:p w14:paraId="789DFDAF" w14:textId="77777777" w:rsidR="00D568E0" w:rsidRPr="000E3380" w:rsidRDefault="00000000">
      <w:pPr>
        <w:rPr>
          <w:sz w:val="24"/>
          <w:szCs w:val="24"/>
        </w:rPr>
      </w:pPr>
      <w:r w:rsidRPr="000E3380">
        <w:rPr>
          <w:b/>
          <w:sz w:val="24"/>
          <w:szCs w:val="24"/>
        </w:rPr>
        <w:t>Lesson Objective</w:t>
      </w:r>
    </w:p>
    <w:p w14:paraId="601A1690" w14:textId="77777777" w:rsidR="00D568E0" w:rsidRPr="000E3380" w:rsidRDefault="00000000">
      <w:pPr>
        <w:rPr>
          <w:sz w:val="24"/>
          <w:szCs w:val="24"/>
        </w:rPr>
      </w:pPr>
      <w:r w:rsidRPr="000E3380">
        <w:rPr>
          <w:sz w:val="24"/>
          <w:szCs w:val="24"/>
        </w:rPr>
        <w:t xml:space="preserve">Learn how to gather honest customer feedback by asking better questions and listening </w:t>
      </w:r>
      <w:proofErr w:type="gramStart"/>
      <w:r w:rsidRPr="000E3380">
        <w:rPr>
          <w:sz w:val="24"/>
          <w:szCs w:val="24"/>
        </w:rPr>
        <w:t>for</w:t>
      </w:r>
      <w:proofErr w:type="gramEnd"/>
      <w:r w:rsidRPr="000E3380">
        <w:rPr>
          <w:sz w:val="24"/>
          <w:szCs w:val="24"/>
        </w:rPr>
        <w:t xml:space="preserve"> meaningful insights instead of seeking validation for your idea.</w:t>
      </w:r>
    </w:p>
    <w:p w14:paraId="63E0730B" w14:textId="77777777" w:rsidR="00D568E0" w:rsidRPr="000E3380" w:rsidRDefault="00000000">
      <w:pPr>
        <w:rPr>
          <w:sz w:val="24"/>
          <w:szCs w:val="24"/>
        </w:rPr>
      </w:pPr>
      <w:r w:rsidRPr="000E3380">
        <w:rPr>
          <w:b/>
          <w:sz w:val="24"/>
          <w:szCs w:val="24"/>
        </w:rPr>
        <w:t>Complete Your Challenge Activity</w:t>
      </w:r>
    </w:p>
    <w:p w14:paraId="34AA59F1" w14:textId="77777777" w:rsidR="00D568E0" w:rsidRPr="000E3380" w:rsidRDefault="00000000">
      <w:pPr>
        <w:rPr>
          <w:sz w:val="24"/>
          <w:szCs w:val="24"/>
        </w:rPr>
      </w:pPr>
      <w:r w:rsidRPr="000E3380">
        <w:rPr>
          <w:sz w:val="24"/>
          <w:szCs w:val="24"/>
        </w:rPr>
        <w:t>Reach out to three people who closely match your ideal customer and spend about 15 minutes learning about their experience. Use the questions below to guide your conversation and record what you learn.</w:t>
      </w:r>
    </w:p>
    <w:p w14:paraId="06495071" w14:textId="77777777" w:rsidR="00D568E0" w:rsidRPr="000E3380" w:rsidRDefault="00000000">
      <w:pPr>
        <w:rPr>
          <w:sz w:val="24"/>
          <w:szCs w:val="24"/>
        </w:rPr>
      </w:pPr>
      <w:r w:rsidRPr="000E3380">
        <w:rPr>
          <w:b/>
          <w:sz w:val="24"/>
          <w:szCs w:val="24"/>
        </w:rPr>
        <w:t>Customer Interview #1</w:t>
      </w:r>
    </w:p>
    <w:p w14:paraId="459FA304" w14:textId="77777777" w:rsidR="00D568E0" w:rsidRPr="000E3380" w:rsidRDefault="00000000">
      <w:pPr>
        <w:rPr>
          <w:sz w:val="24"/>
          <w:szCs w:val="24"/>
        </w:rPr>
      </w:pPr>
      <w:r w:rsidRPr="000E3380">
        <w:rPr>
          <w:sz w:val="24"/>
          <w:szCs w:val="24"/>
        </w:rPr>
        <w:t>Who did you speak with?</w:t>
      </w:r>
      <w:r w:rsidRPr="000E3380">
        <w:rPr>
          <w:sz w:val="24"/>
          <w:szCs w:val="24"/>
        </w:rPr>
        <w:br/>
        <w:t>Name (or initials): ____________________</w:t>
      </w:r>
      <w:r w:rsidRPr="000E3380">
        <w:rPr>
          <w:sz w:val="24"/>
          <w:szCs w:val="24"/>
        </w:rPr>
        <w:br/>
        <w:t>Relationship (optional): ____________________</w:t>
      </w:r>
      <w:r w:rsidRPr="000E3380">
        <w:rPr>
          <w:sz w:val="24"/>
          <w:szCs w:val="24"/>
        </w:rPr>
        <w:br/>
        <w:t>Date: ____________________</w:t>
      </w:r>
    </w:p>
    <w:p w14:paraId="183DB17D" w14:textId="77777777" w:rsidR="00D568E0" w:rsidRPr="000E3380" w:rsidRDefault="00000000">
      <w:pPr>
        <w:rPr>
          <w:sz w:val="24"/>
          <w:szCs w:val="24"/>
        </w:rPr>
      </w:pPr>
      <w:r w:rsidRPr="000E3380">
        <w:rPr>
          <w:b/>
          <w:sz w:val="24"/>
          <w:szCs w:val="24"/>
        </w:rPr>
        <w:t>1. Tell me about the last time you experienced this problem.</w:t>
      </w:r>
    </w:p>
    <w:p w14:paraId="11CEC481"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44555644" w14:textId="77777777" w:rsidR="00D568E0" w:rsidRPr="000E3380" w:rsidRDefault="00000000">
      <w:pPr>
        <w:rPr>
          <w:sz w:val="24"/>
          <w:szCs w:val="24"/>
        </w:rPr>
      </w:pPr>
      <w:r w:rsidRPr="000E3380">
        <w:rPr>
          <w:b/>
          <w:sz w:val="24"/>
          <w:szCs w:val="24"/>
        </w:rPr>
        <w:t>2. How are you solving it today?</w:t>
      </w:r>
    </w:p>
    <w:p w14:paraId="18DB3A89"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2D61465A" w14:textId="77777777" w:rsidR="00D568E0" w:rsidRPr="000E3380" w:rsidRDefault="00000000">
      <w:pPr>
        <w:rPr>
          <w:sz w:val="24"/>
          <w:szCs w:val="24"/>
        </w:rPr>
      </w:pPr>
      <w:r w:rsidRPr="000E3380">
        <w:rPr>
          <w:b/>
          <w:sz w:val="24"/>
          <w:szCs w:val="24"/>
        </w:rPr>
        <w:t>3. What's the most frustrating part of that experience?</w:t>
      </w:r>
    </w:p>
    <w:p w14:paraId="07D4C776" w14:textId="77777777" w:rsidR="00D568E0" w:rsidRPr="000E3380" w:rsidRDefault="00000000">
      <w:pPr>
        <w:rPr>
          <w:sz w:val="24"/>
          <w:szCs w:val="24"/>
        </w:rPr>
      </w:pPr>
      <w:r w:rsidRPr="000E3380">
        <w:rPr>
          <w:sz w:val="24"/>
          <w:szCs w:val="24"/>
        </w:rPr>
        <w:lastRenderedPageBreak/>
        <w:t>____________________________________________________________</w:t>
      </w:r>
      <w:r w:rsidRPr="000E3380">
        <w:rPr>
          <w:sz w:val="24"/>
          <w:szCs w:val="24"/>
        </w:rPr>
        <w:br/>
        <w:t>____________________________________________________________</w:t>
      </w:r>
      <w:r w:rsidRPr="000E3380">
        <w:rPr>
          <w:sz w:val="24"/>
          <w:szCs w:val="24"/>
        </w:rPr>
        <w:br/>
      </w:r>
    </w:p>
    <w:p w14:paraId="08F4A867" w14:textId="77777777" w:rsidR="00D568E0" w:rsidRPr="000E3380" w:rsidRDefault="00000000">
      <w:pPr>
        <w:rPr>
          <w:sz w:val="24"/>
          <w:szCs w:val="24"/>
        </w:rPr>
      </w:pPr>
      <w:r w:rsidRPr="000E3380">
        <w:rPr>
          <w:b/>
          <w:sz w:val="24"/>
          <w:szCs w:val="24"/>
        </w:rPr>
        <w:t>4. What do you like about your current solution?</w:t>
      </w:r>
    </w:p>
    <w:p w14:paraId="2CED232D"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206B5230" w14:textId="77777777" w:rsidR="00D568E0" w:rsidRPr="000E3380" w:rsidRDefault="00000000">
      <w:pPr>
        <w:rPr>
          <w:sz w:val="24"/>
          <w:szCs w:val="24"/>
        </w:rPr>
      </w:pPr>
      <w:r w:rsidRPr="000E3380">
        <w:rPr>
          <w:b/>
          <w:sz w:val="24"/>
          <w:szCs w:val="24"/>
        </w:rPr>
        <w:t>5. If you could change one thing, what would it be?</w:t>
      </w:r>
    </w:p>
    <w:p w14:paraId="503CB0F0"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435CB530" w14:textId="77777777" w:rsidR="00D568E0" w:rsidRPr="000E3380" w:rsidRDefault="00000000">
      <w:pPr>
        <w:rPr>
          <w:sz w:val="24"/>
          <w:szCs w:val="24"/>
        </w:rPr>
      </w:pPr>
      <w:r w:rsidRPr="000E3380">
        <w:rPr>
          <w:b/>
          <w:sz w:val="24"/>
          <w:szCs w:val="24"/>
        </w:rPr>
        <w:t>Key Quotes (capture the customer's exact words)</w:t>
      </w:r>
    </w:p>
    <w:p w14:paraId="569FCFA6"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4BEDEBA5" w14:textId="77777777" w:rsidR="00D568E0" w:rsidRPr="000E3380" w:rsidRDefault="00000000">
      <w:pPr>
        <w:rPr>
          <w:sz w:val="24"/>
          <w:szCs w:val="24"/>
        </w:rPr>
      </w:pPr>
      <w:r w:rsidRPr="000E3380">
        <w:rPr>
          <w:b/>
          <w:sz w:val="24"/>
          <w:szCs w:val="24"/>
        </w:rPr>
        <w:t>Biggest Insights</w:t>
      </w:r>
    </w:p>
    <w:p w14:paraId="0175F8B4"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25D2CA1D" w14:textId="77777777" w:rsidR="00D568E0" w:rsidRPr="000E3380" w:rsidRDefault="00000000">
      <w:pPr>
        <w:rPr>
          <w:sz w:val="24"/>
          <w:szCs w:val="24"/>
        </w:rPr>
      </w:pPr>
      <w:r w:rsidRPr="000E3380">
        <w:rPr>
          <w:b/>
          <w:sz w:val="24"/>
          <w:szCs w:val="24"/>
        </w:rPr>
        <w:t>Customer Interview #2</w:t>
      </w:r>
    </w:p>
    <w:p w14:paraId="22A08145" w14:textId="77777777" w:rsidR="00D568E0" w:rsidRPr="000E3380" w:rsidRDefault="00000000">
      <w:pPr>
        <w:rPr>
          <w:sz w:val="24"/>
          <w:szCs w:val="24"/>
        </w:rPr>
      </w:pPr>
      <w:r w:rsidRPr="000E3380">
        <w:rPr>
          <w:sz w:val="24"/>
          <w:szCs w:val="24"/>
        </w:rPr>
        <w:t>Who did you speak with?</w:t>
      </w:r>
      <w:r w:rsidRPr="000E3380">
        <w:rPr>
          <w:sz w:val="24"/>
          <w:szCs w:val="24"/>
        </w:rPr>
        <w:br/>
        <w:t>Name (or initials): ____________________</w:t>
      </w:r>
      <w:r w:rsidRPr="000E3380">
        <w:rPr>
          <w:sz w:val="24"/>
          <w:szCs w:val="24"/>
        </w:rPr>
        <w:br/>
        <w:t>Relationship (optional): ____________________</w:t>
      </w:r>
      <w:r w:rsidRPr="000E3380">
        <w:rPr>
          <w:sz w:val="24"/>
          <w:szCs w:val="24"/>
        </w:rPr>
        <w:br/>
        <w:t>Date: ____________________</w:t>
      </w:r>
    </w:p>
    <w:p w14:paraId="028C0508" w14:textId="77777777" w:rsidR="00D568E0" w:rsidRPr="000E3380" w:rsidRDefault="00000000">
      <w:pPr>
        <w:rPr>
          <w:sz w:val="24"/>
          <w:szCs w:val="24"/>
        </w:rPr>
      </w:pPr>
      <w:r w:rsidRPr="000E3380">
        <w:rPr>
          <w:b/>
          <w:sz w:val="24"/>
          <w:szCs w:val="24"/>
        </w:rPr>
        <w:t>1. Tell me about the last time you experienced this problem.</w:t>
      </w:r>
    </w:p>
    <w:p w14:paraId="50A9AE47"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188FBBFE" w14:textId="77777777" w:rsidR="00D568E0" w:rsidRPr="000E3380" w:rsidRDefault="00000000">
      <w:pPr>
        <w:rPr>
          <w:sz w:val="24"/>
          <w:szCs w:val="24"/>
        </w:rPr>
      </w:pPr>
      <w:r w:rsidRPr="000E3380">
        <w:rPr>
          <w:b/>
          <w:sz w:val="24"/>
          <w:szCs w:val="24"/>
        </w:rPr>
        <w:t>2. How are you solving it today?</w:t>
      </w:r>
    </w:p>
    <w:p w14:paraId="5D2BB811" w14:textId="77777777" w:rsidR="00D568E0" w:rsidRPr="000E3380" w:rsidRDefault="00000000">
      <w:pPr>
        <w:rPr>
          <w:sz w:val="24"/>
          <w:szCs w:val="24"/>
        </w:rPr>
      </w:pPr>
      <w:r w:rsidRPr="000E3380">
        <w:rPr>
          <w:sz w:val="24"/>
          <w:szCs w:val="24"/>
        </w:rPr>
        <w:lastRenderedPageBreak/>
        <w:t>____________________________________________________________</w:t>
      </w:r>
      <w:r w:rsidRPr="000E3380">
        <w:rPr>
          <w:sz w:val="24"/>
          <w:szCs w:val="24"/>
        </w:rPr>
        <w:br/>
        <w:t>____________________________________________________________</w:t>
      </w:r>
      <w:r w:rsidRPr="000E3380">
        <w:rPr>
          <w:sz w:val="24"/>
          <w:szCs w:val="24"/>
        </w:rPr>
        <w:br/>
      </w:r>
    </w:p>
    <w:p w14:paraId="7141583D" w14:textId="77777777" w:rsidR="00D568E0" w:rsidRPr="000E3380" w:rsidRDefault="00000000">
      <w:pPr>
        <w:rPr>
          <w:sz w:val="24"/>
          <w:szCs w:val="24"/>
        </w:rPr>
      </w:pPr>
      <w:r w:rsidRPr="000E3380">
        <w:rPr>
          <w:b/>
          <w:sz w:val="24"/>
          <w:szCs w:val="24"/>
        </w:rPr>
        <w:t>3. What's the most frustrating part of that experience?</w:t>
      </w:r>
    </w:p>
    <w:p w14:paraId="72E303DC"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0A17F7C0" w14:textId="77777777" w:rsidR="00D568E0" w:rsidRPr="000E3380" w:rsidRDefault="00000000">
      <w:pPr>
        <w:rPr>
          <w:sz w:val="24"/>
          <w:szCs w:val="24"/>
        </w:rPr>
      </w:pPr>
      <w:r w:rsidRPr="000E3380">
        <w:rPr>
          <w:b/>
          <w:sz w:val="24"/>
          <w:szCs w:val="24"/>
        </w:rPr>
        <w:t>4. What do you like about your current solution?</w:t>
      </w:r>
    </w:p>
    <w:p w14:paraId="548838B8"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08F4DEFC" w14:textId="77777777" w:rsidR="00D568E0" w:rsidRPr="000E3380" w:rsidRDefault="00000000">
      <w:pPr>
        <w:rPr>
          <w:sz w:val="24"/>
          <w:szCs w:val="24"/>
        </w:rPr>
      </w:pPr>
      <w:r w:rsidRPr="000E3380">
        <w:rPr>
          <w:b/>
          <w:sz w:val="24"/>
          <w:szCs w:val="24"/>
        </w:rPr>
        <w:t>5. If you could change one thing, what would it be?</w:t>
      </w:r>
    </w:p>
    <w:p w14:paraId="351B31DB"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6F545CE5" w14:textId="77777777" w:rsidR="00D568E0" w:rsidRPr="000E3380" w:rsidRDefault="00000000">
      <w:pPr>
        <w:rPr>
          <w:sz w:val="24"/>
          <w:szCs w:val="24"/>
        </w:rPr>
      </w:pPr>
      <w:r w:rsidRPr="000E3380">
        <w:rPr>
          <w:b/>
          <w:sz w:val="24"/>
          <w:szCs w:val="24"/>
        </w:rPr>
        <w:t>Key Quotes (capture the customer's exact words)</w:t>
      </w:r>
    </w:p>
    <w:p w14:paraId="127CC231"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57329529" w14:textId="77777777" w:rsidR="00D568E0" w:rsidRPr="000E3380" w:rsidRDefault="00000000">
      <w:pPr>
        <w:rPr>
          <w:sz w:val="24"/>
          <w:szCs w:val="24"/>
        </w:rPr>
      </w:pPr>
      <w:r w:rsidRPr="000E3380">
        <w:rPr>
          <w:b/>
          <w:sz w:val="24"/>
          <w:szCs w:val="24"/>
        </w:rPr>
        <w:t>Biggest Insights</w:t>
      </w:r>
    </w:p>
    <w:p w14:paraId="4A912B0C"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3E2D4D71" w14:textId="77777777" w:rsidR="00D568E0" w:rsidRPr="000E3380" w:rsidRDefault="00000000">
      <w:pPr>
        <w:rPr>
          <w:sz w:val="24"/>
          <w:szCs w:val="24"/>
        </w:rPr>
      </w:pPr>
      <w:r w:rsidRPr="000E3380">
        <w:rPr>
          <w:b/>
          <w:sz w:val="24"/>
          <w:szCs w:val="24"/>
        </w:rPr>
        <w:t>Customer Interview #3</w:t>
      </w:r>
    </w:p>
    <w:p w14:paraId="6B00B8F9" w14:textId="77777777" w:rsidR="00D568E0" w:rsidRPr="000E3380" w:rsidRDefault="00000000">
      <w:pPr>
        <w:rPr>
          <w:sz w:val="24"/>
          <w:szCs w:val="24"/>
        </w:rPr>
      </w:pPr>
      <w:r w:rsidRPr="000E3380">
        <w:rPr>
          <w:sz w:val="24"/>
          <w:szCs w:val="24"/>
        </w:rPr>
        <w:t>Who did you speak with?</w:t>
      </w:r>
      <w:r w:rsidRPr="000E3380">
        <w:rPr>
          <w:sz w:val="24"/>
          <w:szCs w:val="24"/>
        </w:rPr>
        <w:br/>
        <w:t>Name (or initials): ____________________</w:t>
      </w:r>
      <w:r w:rsidRPr="000E3380">
        <w:rPr>
          <w:sz w:val="24"/>
          <w:szCs w:val="24"/>
        </w:rPr>
        <w:br/>
        <w:t>Relationship (optional): ____________________</w:t>
      </w:r>
      <w:r w:rsidRPr="000E3380">
        <w:rPr>
          <w:sz w:val="24"/>
          <w:szCs w:val="24"/>
        </w:rPr>
        <w:br/>
        <w:t>Date: ____________________</w:t>
      </w:r>
    </w:p>
    <w:p w14:paraId="15C508E5" w14:textId="77777777" w:rsidR="00D568E0" w:rsidRPr="000E3380" w:rsidRDefault="00000000">
      <w:pPr>
        <w:rPr>
          <w:sz w:val="24"/>
          <w:szCs w:val="24"/>
        </w:rPr>
      </w:pPr>
      <w:r w:rsidRPr="000E3380">
        <w:rPr>
          <w:b/>
          <w:sz w:val="24"/>
          <w:szCs w:val="24"/>
        </w:rPr>
        <w:t>1. Tell me about the last time you experienced this problem.</w:t>
      </w:r>
    </w:p>
    <w:p w14:paraId="42F2E3FA" w14:textId="77777777" w:rsidR="00D568E0" w:rsidRPr="000E3380" w:rsidRDefault="00000000">
      <w:pPr>
        <w:rPr>
          <w:sz w:val="24"/>
          <w:szCs w:val="24"/>
        </w:rPr>
      </w:pPr>
      <w:r w:rsidRPr="000E3380">
        <w:rPr>
          <w:sz w:val="24"/>
          <w:szCs w:val="24"/>
        </w:rPr>
        <w:lastRenderedPageBreak/>
        <w:t>____________________________________________________________</w:t>
      </w:r>
      <w:r w:rsidRPr="000E3380">
        <w:rPr>
          <w:sz w:val="24"/>
          <w:szCs w:val="24"/>
        </w:rPr>
        <w:br/>
        <w:t>____________________________________________________________</w:t>
      </w:r>
      <w:r w:rsidRPr="000E3380">
        <w:rPr>
          <w:sz w:val="24"/>
          <w:szCs w:val="24"/>
        </w:rPr>
        <w:br/>
      </w:r>
    </w:p>
    <w:p w14:paraId="7B20BCCB" w14:textId="77777777" w:rsidR="00D568E0" w:rsidRPr="000E3380" w:rsidRDefault="00000000">
      <w:pPr>
        <w:rPr>
          <w:sz w:val="24"/>
          <w:szCs w:val="24"/>
        </w:rPr>
      </w:pPr>
      <w:r w:rsidRPr="000E3380">
        <w:rPr>
          <w:b/>
          <w:sz w:val="24"/>
          <w:szCs w:val="24"/>
        </w:rPr>
        <w:t>2. How are you solving it today?</w:t>
      </w:r>
    </w:p>
    <w:p w14:paraId="31F7A2D2"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042E1B7F" w14:textId="77777777" w:rsidR="00D568E0" w:rsidRPr="000E3380" w:rsidRDefault="00000000">
      <w:pPr>
        <w:rPr>
          <w:sz w:val="24"/>
          <w:szCs w:val="24"/>
        </w:rPr>
      </w:pPr>
      <w:r w:rsidRPr="000E3380">
        <w:rPr>
          <w:b/>
          <w:sz w:val="24"/>
          <w:szCs w:val="24"/>
        </w:rPr>
        <w:t>3. What's the most frustrating part of that experience?</w:t>
      </w:r>
    </w:p>
    <w:p w14:paraId="77E19C5E"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2538BC0F" w14:textId="77777777" w:rsidR="00D568E0" w:rsidRPr="000E3380" w:rsidRDefault="00000000">
      <w:pPr>
        <w:rPr>
          <w:sz w:val="24"/>
          <w:szCs w:val="24"/>
        </w:rPr>
      </w:pPr>
      <w:r w:rsidRPr="000E3380">
        <w:rPr>
          <w:b/>
          <w:sz w:val="24"/>
          <w:szCs w:val="24"/>
        </w:rPr>
        <w:t>4. What do you like about your current solution?</w:t>
      </w:r>
    </w:p>
    <w:p w14:paraId="0C93534F"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0AEFB899" w14:textId="77777777" w:rsidR="00D568E0" w:rsidRPr="000E3380" w:rsidRDefault="00000000">
      <w:pPr>
        <w:rPr>
          <w:sz w:val="24"/>
          <w:szCs w:val="24"/>
        </w:rPr>
      </w:pPr>
      <w:r w:rsidRPr="000E3380">
        <w:rPr>
          <w:b/>
          <w:sz w:val="24"/>
          <w:szCs w:val="24"/>
        </w:rPr>
        <w:t>5. If you could change one thing, what would it be?</w:t>
      </w:r>
    </w:p>
    <w:p w14:paraId="29897038"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18A2D562" w14:textId="77777777" w:rsidR="00D568E0" w:rsidRPr="000E3380" w:rsidRDefault="00000000">
      <w:pPr>
        <w:rPr>
          <w:sz w:val="24"/>
          <w:szCs w:val="24"/>
        </w:rPr>
      </w:pPr>
      <w:r w:rsidRPr="000E3380">
        <w:rPr>
          <w:b/>
          <w:sz w:val="24"/>
          <w:szCs w:val="24"/>
        </w:rPr>
        <w:t>Key Quotes (capture the customer's exact words)</w:t>
      </w:r>
    </w:p>
    <w:p w14:paraId="39E0DD8E"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02A058F9" w14:textId="77777777" w:rsidR="00D568E0" w:rsidRPr="000E3380" w:rsidRDefault="00000000">
      <w:pPr>
        <w:rPr>
          <w:sz w:val="24"/>
          <w:szCs w:val="24"/>
        </w:rPr>
      </w:pPr>
      <w:r w:rsidRPr="000E3380">
        <w:rPr>
          <w:b/>
          <w:sz w:val="24"/>
          <w:szCs w:val="24"/>
        </w:rPr>
        <w:t>Biggest Insights</w:t>
      </w:r>
    </w:p>
    <w:p w14:paraId="5C81E767" w14:textId="77777777" w:rsidR="00D568E0" w:rsidRPr="000E3380" w:rsidRDefault="00000000">
      <w:pPr>
        <w:rPr>
          <w:sz w:val="24"/>
          <w:szCs w:val="24"/>
        </w:rPr>
      </w:pPr>
      <w:r w:rsidRPr="000E3380">
        <w:rPr>
          <w:sz w:val="24"/>
          <w:szCs w:val="24"/>
        </w:rPr>
        <w:t>____________________________________________________________</w:t>
      </w:r>
      <w:r w:rsidRPr="000E3380">
        <w:rPr>
          <w:sz w:val="24"/>
          <w:szCs w:val="24"/>
        </w:rPr>
        <w:br/>
        <w:t>____________________________________________________________</w:t>
      </w:r>
      <w:r w:rsidRPr="000E3380">
        <w:rPr>
          <w:sz w:val="24"/>
          <w:szCs w:val="24"/>
        </w:rPr>
        <w:br/>
      </w:r>
    </w:p>
    <w:p w14:paraId="7E9734EE" w14:textId="77777777" w:rsidR="00D568E0" w:rsidRPr="000E3380" w:rsidRDefault="00000000">
      <w:pPr>
        <w:rPr>
          <w:sz w:val="24"/>
          <w:szCs w:val="24"/>
        </w:rPr>
      </w:pPr>
      <w:r w:rsidRPr="000E3380">
        <w:rPr>
          <w:b/>
          <w:sz w:val="24"/>
          <w:szCs w:val="24"/>
        </w:rPr>
        <w:t>Patterns to Watch For</w:t>
      </w:r>
    </w:p>
    <w:p w14:paraId="09D68F7E" w14:textId="77777777" w:rsidR="00D568E0" w:rsidRPr="000E3380" w:rsidRDefault="00000000">
      <w:pPr>
        <w:rPr>
          <w:sz w:val="24"/>
          <w:szCs w:val="24"/>
        </w:rPr>
      </w:pPr>
      <w:r w:rsidRPr="000E3380">
        <w:rPr>
          <w:sz w:val="24"/>
          <w:szCs w:val="24"/>
        </w:rPr>
        <w:t xml:space="preserve">After speaking with several people, what similarities are you </w:t>
      </w:r>
      <w:proofErr w:type="gramStart"/>
      <w:r w:rsidRPr="000E3380">
        <w:rPr>
          <w:sz w:val="24"/>
          <w:szCs w:val="24"/>
        </w:rPr>
        <w:t>beginning to notice</w:t>
      </w:r>
      <w:proofErr w:type="gramEnd"/>
      <w:r w:rsidRPr="000E3380">
        <w:rPr>
          <w:sz w:val="24"/>
          <w:szCs w:val="24"/>
        </w:rPr>
        <w:t>?</w:t>
      </w:r>
      <w:r w:rsidRPr="000E3380">
        <w:rPr>
          <w:sz w:val="24"/>
          <w:szCs w:val="24"/>
        </w:rPr>
        <w:br/>
      </w:r>
      <w:r w:rsidRPr="000E3380">
        <w:rPr>
          <w:sz w:val="24"/>
          <w:szCs w:val="24"/>
        </w:rPr>
        <w:br/>
      </w:r>
      <w:r w:rsidRPr="000E3380">
        <w:rPr>
          <w:sz w:val="24"/>
          <w:szCs w:val="24"/>
        </w:rPr>
        <w:lastRenderedPageBreak/>
        <w:t>____________________________________________________________</w:t>
      </w:r>
      <w:r w:rsidRPr="000E3380">
        <w:rPr>
          <w:sz w:val="24"/>
          <w:szCs w:val="24"/>
        </w:rPr>
        <w:br/>
        <w:t>____________________________________________________________</w:t>
      </w:r>
      <w:r w:rsidRPr="000E3380">
        <w:rPr>
          <w:sz w:val="24"/>
          <w:szCs w:val="24"/>
        </w:rPr>
        <w:br/>
        <w:t>____________________________________________________________</w:t>
      </w:r>
    </w:p>
    <w:p w14:paraId="074B8029" w14:textId="77777777" w:rsidR="00D568E0" w:rsidRPr="000E3380" w:rsidRDefault="00000000">
      <w:pPr>
        <w:rPr>
          <w:sz w:val="24"/>
          <w:szCs w:val="24"/>
        </w:rPr>
      </w:pPr>
      <w:r w:rsidRPr="000E3380">
        <w:rPr>
          <w:b/>
          <w:sz w:val="24"/>
          <w:szCs w:val="24"/>
        </w:rPr>
        <w:t>Business Coach Tip</w:t>
      </w:r>
    </w:p>
    <w:p w14:paraId="76805EE3" w14:textId="77777777" w:rsidR="00D568E0" w:rsidRPr="000E3380" w:rsidRDefault="00000000">
      <w:pPr>
        <w:rPr>
          <w:sz w:val="24"/>
          <w:szCs w:val="24"/>
        </w:rPr>
      </w:pPr>
      <w:r w:rsidRPr="000E3380">
        <w:rPr>
          <w:sz w:val="24"/>
          <w:szCs w:val="24"/>
        </w:rPr>
        <w:t>If someone says something interesting, don't move on too quickly.</w:t>
      </w:r>
      <w:r w:rsidRPr="000E3380">
        <w:rPr>
          <w:sz w:val="24"/>
          <w:szCs w:val="24"/>
        </w:rPr>
        <w:br/>
      </w:r>
      <w:r w:rsidRPr="000E3380">
        <w:rPr>
          <w:sz w:val="24"/>
          <w:szCs w:val="24"/>
        </w:rPr>
        <w:br/>
        <w:t xml:space="preserve">Ask: </w:t>
      </w:r>
      <w:r w:rsidRPr="004714EC">
        <w:rPr>
          <w:i/>
          <w:iCs/>
          <w:sz w:val="24"/>
          <w:szCs w:val="24"/>
        </w:rPr>
        <w:t>'Why?'</w:t>
      </w:r>
      <w:r w:rsidRPr="000E3380">
        <w:rPr>
          <w:sz w:val="24"/>
          <w:szCs w:val="24"/>
        </w:rPr>
        <w:br/>
        <w:t>Then ask it again.</w:t>
      </w:r>
      <w:r w:rsidRPr="000E3380">
        <w:rPr>
          <w:sz w:val="24"/>
          <w:szCs w:val="24"/>
        </w:rPr>
        <w:br/>
        <w:t>And sometimes ask it a third time.</w:t>
      </w:r>
      <w:r w:rsidRPr="000E3380">
        <w:rPr>
          <w:sz w:val="24"/>
          <w:szCs w:val="24"/>
        </w:rPr>
        <w:br/>
      </w:r>
      <w:r w:rsidRPr="000E3380">
        <w:rPr>
          <w:sz w:val="24"/>
          <w:szCs w:val="24"/>
        </w:rPr>
        <w:br/>
        <w:t>The first answer explains what happened.</w:t>
      </w:r>
      <w:r w:rsidRPr="000E3380">
        <w:rPr>
          <w:sz w:val="24"/>
          <w:szCs w:val="24"/>
        </w:rPr>
        <w:br/>
        <w:t>The second explains why it matters.</w:t>
      </w:r>
      <w:r w:rsidRPr="000E3380">
        <w:rPr>
          <w:sz w:val="24"/>
          <w:szCs w:val="24"/>
        </w:rPr>
        <w:br/>
        <w:t>The third often reveals what's really driving their behaviour.</w:t>
      </w:r>
    </w:p>
    <w:p w14:paraId="35C51AEF" w14:textId="77777777" w:rsidR="00D568E0" w:rsidRPr="000E3380" w:rsidRDefault="00000000">
      <w:pPr>
        <w:rPr>
          <w:sz w:val="24"/>
          <w:szCs w:val="24"/>
        </w:rPr>
      </w:pPr>
      <w:r w:rsidRPr="000E3380">
        <w:rPr>
          <w:b/>
          <w:sz w:val="24"/>
          <w:szCs w:val="24"/>
        </w:rPr>
        <w:t>Key Insight</w:t>
      </w:r>
    </w:p>
    <w:p w14:paraId="65A70F06" w14:textId="77777777" w:rsidR="00D568E0" w:rsidRPr="000E3380" w:rsidRDefault="00000000">
      <w:pPr>
        <w:rPr>
          <w:sz w:val="24"/>
          <w:szCs w:val="24"/>
        </w:rPr>
      </w:pPr>
      <w:r w:rsidRPr="000E3380">
        <w:rPr>
          <w:sz w:val="24"/>
          <w:szCs w:val="24"/>
        </w:rPr>
        <w:t>What is the most valuable thing you learned from talking to a real customer?</w:t>
      </w:r>
      <w:r w:rsidRPr="000E3380">
        <w:rPr>
          <w:sz w:val="24"/>
          <w:szCs w:val="24"/>
        </w:rPr>
        <w:br/>
      </w:r>
      <w:r w:rsidRPr="000E3380">
        <w:rPr>
          <w:sz w:val="24"/>
          <w:szCs w:val="24"/>
        </w:rPr>
        <w:br/>
        <w:t>____________________________________________________________</w:t>
      </w:r>
      <w:r w:rsidRPr="000E3380">
        <w:rPr>
          <w:sz w:val="24"/>
          <w:szCs w:val="24"/>
        </w:rPr>
        <w:br/>
        <w:t>____________________________________________________________</w:t>
      </w:r>
    </w:p>
    <w:p w14:paraId="54F84EF7" w14:textId="77777777" w:rsidR="00D568E0" w:rsidRPr="000E3380" w:rsidRDefault="00000000">
      <w:pPr>
        <w:rPr>
          <w:sz w:val="24"/>
          <w:szCs w:val="24"/>
        </w:rPr>
      </w:pPr>
      <w:r w:rsidRPr="000E3380">
        <w:rPr>
          <w:b/>
          <w:sz w:val="24"/>
          <w:szCs w:val="24"/>
        </w:rPr>
        <w:t>Reflection</w:t>
      </w:r>
    </w:p>
    <w:p w14:paraId="54FA4840" w14:textId="77777777" w:rsidR="00D568E0" w:rsidRPr="000E3380" w:rsidRDefault="00000000">
      <w:pPr>
        <w:rPr>
          <w:sz w:val="24"/>
          <w:szCs w:val="24"/>
        </w:rPr>
      </w:pPr>
      <w:r w:rsidRPr="000E3380">
        <w:rPr>
          <w:sz w:val="24"/>
          <w:szCs w:val="24"/>
        </w:rPr>
        <w:t>Did anything challenge the assumptions you made in Lessons 1 or 2? If so, what?</w:t>
      </w:r>
      <w:r w:rsidRPr="000E3380">
        <w:rPr>
          <w:sz w:val="24"/>
          <w:szCs w:val="24"/>
        </w:rPr>
        <w:br/>
      </w:r>
      <w:r w:rsidRPr="000E3380">
        <w:rPr>
          <w:sz w:val="24"/>
          <w:szCs w:val="24"/>
        </w:rPr>
        <w:br/>
        <w:t>____________________________________________________________</w:t>
      </w:r>
      <w:r w:rsidRPr="000E3380">
        <w:rPr>
          <w:sz w:val="24"/>
          <w:szCs w:val="24"/>
        </w:rPr>
        <w:br/>
        <w:t>____________________________________________________________</w:t>
      </w:r>
      <w:r w:rsidRPr="000E3380">
        <w:rPr>
          <w:sz w:val="24"/>
          <w:szCs w:val="24"/>
        </w:rPr>
        <w:br/>
        <w:t>____________________________________________________________</w:t>
      </w:r>
    </w:p>
    <w:p w14:paraId="20B29605" w14:textId="77777777" w:rsidR="00D568E0" w:rsidRPr="000E3380" w:rsidRDefault="00000000">
      <w:pPr>
        <w:rPr>
          <w:sz w:val="24"/>
          <w:szCs w:val="24"/>
        </w:rPr>
      </w:pPr>
      <w:r w:rsidRPr="000E3380">
        <w:rPr>
          <w:b/>
          <w:sz w:val="24"/>
          <w:szCs w:val="24"/>
        </w:rPr>
        <w:t>Today's Checklist</w:t>
      </w:r>
    </w:p>
    <w:p w14:paraId="7E31FE54" w14:textId="77777777" w:rsidR="00D568E0" w:rsidRPr="000E3380" w:rsidRDefault="00000000">
      <w:pPr>
        <w:rPr>
          <w:sz w:val="24"/>
          <w:szCs w:val="24"/>
        </w:rPr>
      </w:pPr>
      <w:r w:rsidRPr="000E3380">
        <w:rPr>
          <w:sz w:val="24"/>
          <w:szCs w:val="24"/>
        </w:rPr>
        <w:t>☐ I spoke with at least one person who matches my ideal customer.</w:t>
      </w:r>
    </w:p>
    <w:p w14:paraId="5EF6C56A" w14:textId="77777777" w:rsidR="00D568E0" w:rsidRPr="000E3380" w:rsidRDefault="00000000">
      <w:pPr>
        <w:rPr>
          <w:sz w:val="24"/>
          <w:szCs w:val="24"/>
        </w:rPr>
      </w:pPr>
      <w:r w:rsidRPr="000E3380">
        <w:rPr>
          <w:sz w:val="24"/>
          <w:szCs w:val="24"/>
        </w:rPr>
        <w:t>☐ I asked open-ended questions.</w:t>
      </w:r>
    </w:p>
    <w:p w14:paraId="3C0058BD" w14:textId="77777777" w:rsidR="00D568E0" w:rsidRPr="000E3380" w:rsidRDefault="00000000">
      <w:pPr>
        <w:rPr>
          <w:sz w:val="24"/>
          <w:szCs w:val="24"/>
        </w:rPr>
      </w:pPr>
      <w:r w:rsidRPr="000E3380">
        <w:rPr>
          <w:sz w:val="24"/>
          <w:szCs w:val="24"/>
        </w:rPr>
        <w:t>☐ I listened more than I talked.</w:t>
      </w:r>
    </w:p>
    <w:p w14:paraId="74590D58" w14:textId="77777777" w:rsidR="00D568E0" w:rsidRPr="000E3380" w:rsidRDefault="00000000">
      <w:pPr>
        <w:rPr>
          <w:sz w:val="24"/>
          <w:szCs w:val="24"/>
        </w:rPr>
      </w:pPr>
      <w:r w:rsidRPr="000E3380">
        <w:rPr>
          <w:sz w:val="24"/>
          <w:szCs w:val="24"/>
        </w:rPr>
        <w:t>☐ I recorded the customer's exact words.</w:t>
      </w:r>
    </w:p>
    <w:p w14:paraId="1761DC23" w14:textId="77777777" w:rsidR="00D568E0" w:rsidRPr="000E3380" w:rsidRDefault="00000000">
      <w:pPr>
        <w:rPr>
          <w:sz w:val="24"/>
          <w:szCs w:val="24"/>
        </w:rPr>
      </w:pPr>
      <w:r w:rsidRPr="000E3380">
        <w:rPr>
          <w:sz w:val="24"/>
          <w:szCs w:val="24"/>
        </w:rPr>
        <w:t>☐ I identified patterns or recurring themes.</w:t>
      </w:r>
    </w:p>
    <w:p w14:paraId="38ED1012" w14:textId="77777777" w:rsidR="00D568E0" w:rsidRPr="000E3380" w:rsidRDefault="00000000">
      <w:pPr>
        <w:rPr>
          <w:sz w:val="24"/>
          <w:szCs w:val="24"/>
        </w:rPr>
      </w:pPr>
      <w:r w:rsidRPr="000E3380">
        <w:rPr>
          <w:b/>
          <w:sz w:val="24"/>
          <w:szCs w:val="24"/>
        </w:rPr>
        <w:lastRenderedPageBreak/>
        <w:t>Need Help?</w:t>
      </w:r>
    </w:p>
    <w:p w14:paraId="798E4D9D" w14:textId="77777777" w:rsidR="00D568E0" w:rsidRPr="000E3380" w:rsidRDefault="00000000">
      <w:pPr>
        <w:rPr>
          <w:sz w:val="24"/>
          <w:szCs w:val="24"/>
        </w:rPr>
      </w:pPr>
      <w:r w:rsidRPr="000E3380">
        <w:rPr>
          <w:sz w:val="24"/>
          <w:szCs w:val="24"/>
        </w:rPr>
        <w:t>Not sure what questions to ask or how to interpret the feedback you're receiving?</w:t>
      </w:r>
      <w:r w:rsidRPr="000E3380">
        <w:rPr>
          <w:sz w:val="24"/>
          <w:szCs w:val="24"/>
        </w:rPr>
        <w:br/>
      </w:r>
      <w:r w:rsidRPr="000E3380">
        <w:rPr>
          <w:sz w:val="24"/>
          <w:szCs w:val="24"/>
        </w:rPr>
        <w:br/>
        <w:t xml:space="preserve">The Hamilton Business Centre can help. Our Business Advisors can review your interview findings, identify patterns, and help you turn those insights into </w:t>
      </w:r>
      <w:proofErr w:type="gramStart"/>
      <w:r w:rsidRPr="000E3380">
        <w:rPr>
          <w:sz w:val="24"/>
          <w:szCs w:val="24"/>
        </w:rPr>
        <w:t>practical next</w:t>
      </w:r>
      <w:proofErr w:type="gramEnd"/>
      <w:r w:rsidRPr="000E3380">
        <w:rPr>
          <w:sz w:val="24"/>
          <w:szCs w:val="24"/>
        </w:rPr>
        <w:t xml:space="preserve"> steps for your business.</w:t>
      </w:r>
    </w:p>
    <w:sectPr w:rsidR="00D568E0" w:rsidRPr="000E3380" w:rsidSect="00034616">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71BAE" w14:textId="77777777" w:rsidR="00BF0324" w:rsidRDefault="00BF0324" w:rsidP="000E3380">
      <w:pPr>
        <w:spacing w:after="0" w:line="240" w:lineRule="auto"/>
      </w:pPr>
      <w:r>
        <w:separator/>
      </w:r>
    </w:p>
  </w:endnote>
  <w:endnote w:type="continuationSeparator" w:id="0">
    <w:p w14:paraId="71D3A8D1" w14:textId="77777777" w:rsidR="00BF0324" w:rsidRDefault="00BF0324" w:rsidP="000E3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ED6C1" w14:textId="2EB059E6" w:rsidR="000E3380" w:rsidRPr="0094100E" w:rsidRDefault="0094100E" w:rsidP="0094100E">
    <w:pPr>
      <w:pStyle w:val="Footer"/>
      <w:jc w:val="center"/>
    </w:pPr>
    <w:r w:rsidRPr="0094100E">
      <w:t>Market Research Made Simple | www.hamiltonbusinesscentre.ca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ED95B" w14:textId="77777777" w:rsidR="00BF0324" w:rsidRDefault="00BF0324" w:rsidP="000E3380">
      <w:pPr>
        <w:spacing w:after="0" w:line="240" w:lineRule="auto"/>
      </w:pPr>
      <w:r>
        <w:separator/>
      </w:r>
    </w:p>
  </w:footnote>
  <w:footnote w:type="continuationSeparator" w:id="0">
    <w:p w14:paraId="693D2548" w14:textId="77777777" w:rsidR="00BF0324" w:rsidRDefault="00BF0324" w:rsidP="000E33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239447">
    <w:abstractNumId w:val="8"/>
  </w:num>
  <w:num w:numId="2" w16cid:durableId="1973905742">
    <w:abstractNumId w:val="6"/>
  </w:num>
  <w:num w:numId="3" w16cid:durableId="1185561379">
    <w:abstractNumId w:val="5"/>
  </w:num>
  <w:num w:numId="4" w16cid:durableId="822355098">
    <w:abstractNumId w:val="4"/>
  </w:num>
  <w:num w:numId="5" w16cid:durableId="210188349">
    <w:abstractNumId w:val="7"/>
  </w:num>
  <w:num w:numId="6" w16cid:durableId="120852857">
    <w:abstractNumId w:val="3"/>
  </w:num>
  <w:num w:numId="7" w16cid:durableId="86005558">
    <w:abstractNumId w:val="2"/>
  </w:num>
  <w:num w:numId="8" w16cid:durableId="1155032668">
    <w:abstractNumId w:val="1"/>
  </w:num>
  <w:num w:numId="9" w16cid:durableId="1845122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0FD"/>
    <w:rsid w:val="000E3380"/>
    <w:rsid w:val="0015074B"/>
    <w:rsid w:val="00205DDE"/>
    <w:rsid w:val="0029639D"/>
    <w:rsid w:val="00326F90"/>
    <w:rsid w:val="004714EC"/>
    <w:rsid w:val="004D7E25"/>
    <w:rsid w:val="0094100E"/>
    <w:rsid w:val="0096266F"/>
    <w:rsid w:val="00AA1D8D"/>
    <w:rsid w:val="00B20C15"/>
    <w:rsid w:val="00B47730"/>
    <w:rsid w:val="00BF0324"/>
    <w:rsid w:val="00CB0664"/>
    <w:rsid w:val="00D123DC"/>
    <w:rsid w:val="00D568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D96F16"/>
  <w14:defaultImageDpi w14:val="300"/>
  <w15:docId w15:val="{80CF3D6B-1B1D-4754-A238-C9D4812AA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Russell, Keith</cp:lastModifiedBy>
  <cp:revision>5</cp:revision>
  <dcterms:created xsi:type="dcterms:W3CDTF">2013-12-23T23:15:00Z</dcterms:created>
  <dcterms:modified xsi:type="dcterms:W3CDTF">2026-07-23T11:40:00Z</dcterms:modified>
  <cp:category/>
</cp:coreProperties>
</file>