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B871E" w14:textId="58B072DC" w:rsidR="00792383" w:rsidRDefault="00792383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0433588A" wp14:editId="4A0F0C45">
            <wp:extent cx="1133475" cy="704850"/>
            <wp:effectExtent l="0" t="0" r="9525" b="0"/>
            <wp:docPr id="17544689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468999" name="Picture 175446899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F64E" w14:textId="760B50C7" w:rsidR="00A3048C" w:rsidRPr="00C7693D" w:rsidRDefault="00000000">
      <w:pPr>
        <w:rPr>
          <w:sz w:val="52"/>
          <w:szCs w:val="52"/>
        </w:rPr>
      </w:pPr>
      <w:r w:rsidRPr="00C7693D">
        <w:rPr>
          <w:b/>
          <w:sz w:val="52"/>
          <w:szCs w:val="52"/>
        </w:rPr>
        <w:t>Market Research Made Simple</w:t>
      </w:r>
    </w:p>
    <w:p w14:paraId="293AAA71" w14:textId="4B0ADA4C" w:rsidR="00A3048C" w:rsidRPr="00C7693D" w:rsidRDefault="00000000">
      <w:pPr>
        <w:rPr>
          <w:sz w:val="32"/>
          <w:szCs w:val="32"/>
        </w:rPr>
      </w:pPr>
      <w:r w:rsidRPr="00C7693D">
        <w:rPr>
          <w:b/>
          <w:sz w:val="32"/>
          <w:szCs w:val="32"/>
        </w:rPr>
        <w:t>Lesson 1 Worksheet</w:t>
      </w:r>
      <w:r w:rsidR="00792383" w:rsidRPr="00C7693D">
        <w:rPr>
          <w:sz w:val="32"/>
          <w:szCs w:val="32"/>
        </w:rPr>
        <w:t xml:space="preserve"> - </w:t>
      </w:r>
      <w:r w:rsidRPr="00C7693D">
        <w:rPr>
          <w:b/>
          <w:sz w:val="32"/>
          <w:szCs w:val="32"/>
        </w:rPr>
        <w:t xml:space="preserve">Start </w:t>
      </w:r>
      <w:r w:rsidR="00192E9E" w:rsidRPr="00C7693D">
        <w:rPr>
          <w:b/>
          <w:sz w:val="32"/>
          <w:szCs w:val="32"/>
        </w:rPr>
        <w:t>with</w:t>
      </w:r>
      <w:r w:rsidRPr="00C7693D">
        <w:rPr>
          <w:b/>
          <w:sz w:val="32"/>
          <w:szCs w:val="32"/>
        </w:rPr>
        <w:t xml:space="preserve"> the Problem</w:t>
      </w:r>
    </w:p>
    <w:p w14:paraId="4AA97FBA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Lesson Objective</w:t>
      </w:r>
    </w:p>
    <w:p w14:paraId="6395D1C5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Identify the real problem your business solves before investing time and money into your idea.</w:t>
      </w:r>
    </w:p>
    <w:p w14:paraId="059D4C2F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Complete Your Challenge Activity</w:t>
      </w:r>
    </w:p>
    <w:p w14:paraId="7E8063D6" w14:textId="3D7A31DA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Take 15–20 minutes to answer the following questions. Don't worry if your answers aren't perfect</w:t>
      </w:r>
      <w:r w:rsidR="00AD06C2">
        <w:rPr>
          <w:sz w:val="24"/>
          <w:szCs w:val="24"/>
        </w:rPr>
        <w:t xml:space="preserve">, </w:t>
      </w:r>
      <w:r w:rsidRPr="00634CF0">
        <w:rPr>
          <w:sz w:val="24"/>
          <w:szCs w:val="24"/>
        </w:rPr>
        <w:t>you'll continue refining them throughout the course.</w:t>
      </w:r>
    </w:p>
    <w:p w14:paraId="1E8314DC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1. What product or service do you want to offer?</w:t>
      </w:r>
    </w:p>
    <w:p w14:paraId="25C4092D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6CA0C13C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2. What problem does it solve?</w:t>
      </w:r>
    </w:p>
    <w:p w14:paraId="6E221C58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2DA65E6C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3. Who experiences this problem?</w:t>
      </w:r>
    </w:p>
    <w:p w14:paraId="628111D9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0C96B004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4. Why does this problem matter?</w:t>
      </w:r>
      <w:r w:rsidRPr="00634CF0">
        <w:rPr>
          <w:b/>
          <w:sz w:val="24"/>
          <w:szCs w:val="24"/>
        </w:rPr>
        <w:br/>
      </w:r>
      <w:r w:rsidRPr="00996878">
        <w:rPr>
          <w:bCs/>
          <w:sz w:val="24"/>
          <w:szCs w:val="24"/>
        </w:rPr>
        <w:t>Think about:</w:t>
      </w:r>
      <w:r w:rsidRPr="00996878">
        <w:rPr>
          <w:bCs/>
          <w:sz w:val="24"/>
          <w:szCs w:val="24"/>
        </w:rPr>
        <w:br/>
        <w:t>• How often does this problem happen?</w:t>
      </w:r>
      <w:r w:rsidRPr="00996878">
        <w:rPr>
          <w:bCs/>
          <w:sz w:val="24"/>
          <w:szCs w:val="24"/>
        </w:rPr>
        <w:br/>
        <w:t>• How frustrating is it?</w:t>
      </w:r>
    </w:p>
    <w:p w14:paraId="0BEB3870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59E0CFE4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lastRenderedPageBreak/>
        <w:t>5. How are people solving this problem today?</w:t>
      </w:r>
    </w:p>
    <w:p w14:paraId="2094484E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73A69014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6. What's frustrating about those existing solutions?</w:t>
      </w:r>
      <w:r w:rsidRPr="00634CF0">
        <w:rPr>
          <w:b/>
          <w:sz w:val="24"/>
          <w:szCs w:val="24"/>
        </w:rPr>
        <w:br/>
        <w:t>What's missing from the current options?</w:t>
      </w:r>
    </w:p>
    <w:p w14:paraId="57F254DD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06AE7708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Business Coach Tip</w:t>
      </w:r>
    </w:p>
    <w:p w14:paraId="6E193217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If you're struggling to identify the real problem, don't ask: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</w:r>
      <w:r w:rsidRPr="00F047B0">
        <w:rPr>
          <w:i/>
          <w:iCs/>
          <w:sz w:val="24"/>
          <w:szCs w:val="24"/>
        </w:rPr>
        <w:t>"Would you buy my product?"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  <w:t>Instead ask: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</w:r>
      <w:r w:rsidRPr="00F047B0">
        <w:rPr>
          <w:i/>
          <w:iCs/>
          <w:sz w:val="24"/>
          <w:szCs w:val="24"/>
        </w:rPr>
        <w:t>"What's the hardest part about...?"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  <w:t>People are much better at describing their frustrations than evaluating someone else's business idea.</w:t>
      </w:r>
    </w:p>
    <w:p w14:paraId="57A3816F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Key Insight</w:t>
      </w:r>
    </w:p>
    <w:p w14:paraId="36A95A83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What's the biggest thing you learned about your customer's problem?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1A022F9B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Reflection</w:t>
      </w:r>
    </w:p>
    <w:p w14:paraId="60E902E1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After completing this activity, do you think you're solving the right problem? Why or why not?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  <w:r w:rsidRPr="00634CF0">
        <w:rPr>
          <w:sz w:val="24"/>
          <w:szCs w:val="24"/>
        </w:rPr>
        <w:br/>
        <w:t>______________________________________________________________</w:t>
      </w:r>
    </w:p>
    <w:p w14:paraId="66206D11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lastRenderedPageBreak/>
        <w:t>Today's Checklist</w:t>
      </w:r>
    </w:p>
    <w:p w14:paraId="050524A2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☐ I identified the product or service I want to offer.</w:t>
      </w:r>
    </w:p>
    <w:p w14:paraId="315B0D34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☐ I described the problem it solves.</w:t>
      </w:r>
    </w:p>
    <w:p w14:paraId="0D166021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☐ I identified who experiences that problem.</w:t>
      </w:r>
    </w:p>
    <w:p w14:paraId="2E729C78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☐ I explored how people solve it today.</w:t>
      </w:r>
    </w:p>
    <w:p w14:paraId="7DE97032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☐ I identified what's missing from existing solutions.</w:t>
      </w:r>
    </w:p>
    <w:p w14:paraId="24C86C35" w14:textId="77777777" w:rsidR="00A3048C" w:rsidRPr="00634CF0" w:rsidRDefault="00000000">
      <w:pPr>
        <w:rPr>
          <w:sz w:val="24"/>
          <w:szCs w:val="24"/>
        </w:rPr>
      </w:pPr>
      <w:r w:rsidRPr="00634CF0">
        <w:rPr>
          <w:b/>
          <w:sz w:val="24"/>
          <w:szCs w:val="24"/>
        </w:rPr>
        <w:t>Need Help?</w:t>
      </w:r>
    </w:p>
    <w:p w14:paraId="37EC0452" w14:textId="77777777" w:rsidR="00A3048C" w:rsidRPr="00634CF0" w:rsidRDefault="00000000">
      <w:pPr>
        <w:rPr>
          <w:sz w:val="24"/>
          <w:szCs w:val="24"/>
        </w:rPr>
      </w:pPr>
      <w:r w:rsidRPr="00634CF0">
        <w:rPr>
          <w:sz w:val="24"/>
          <w:szCs w:val="24"/>
        </w:rPr>
        <w:t>The Hamilton Business Centre offers free one-on-one consultations, practical workshops, and resources to help entrepreneurs start and grow successful businesses.</w:t>
      </w:r>
      <w:r w:rsidRPr="00634CF0">
        <w:rPr>
          <w:sz w:val="24"/>
          <w:szCs w:val="24"/>
        </w:rPr>
        <w:br/>
      </w:r>
      <w:r w:rsidRPr="00634CF0">
        <w:rPr>
          <w:sz w:val="24"/>
          <w:szCs w:val="24"/>
        </w:rPr>
        <w:br/>
        <w:t>If you'd like feedback on your business idea or guidance on your next steps, we're here to help.</w:t>
      </w:r>
    </w:p>
    <w:sectPr w:rsidR="00A3048C" w:rsidRPr="00634CF0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58E9E" w14:textId="77777777" w:rsidR="00961665" w:rsidRDefault="00961665" w:rsidP="002F0B44">
      <w:pPr>
        <w:spacing w:after="0" w:line="240" w:lineRule="auto"/>
      </w:pPr>
      <w:r>
        <w:separator/>
      </w:r>
    </w:p>
  </w:endnote>
  <w:endnote w:type="continuationSeparator" w:id="0">
    <w:p w14:paraId="1D8AEFE4" w14:textId="77777777" w:rsidR="00961665" w:rsidRDefault="00961665" w:rsidP="002F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BFE83" w14:textId="3383CE8A" w:rsidR="002F0B44" w:rsidRPr="00EA1EE5" w:rsidRDefault="00B56C36" w:rsidP="00B56C36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EA1EE5">
      <w:rPr>
        <w:rFonts w:asciiTheme="majorHAnsi" w:hAnsiTheme="majorHAnsi" w:cstheme="majorHAnsi"/>
        <w:sz w:val="20"/>
        <w:szCs w:val="20"/>
      </w:rPr>
      <w:t>Market Research Made Simple | www.hamiltonbusinesscentre.ca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D23E1" w14:textId="77777777" w:rsidR="00961665" w:rsidRDefault="00961665" w:rsidP="002F0B44">
      <w:pPr>
        <w:spacing w:after="0" w:line="240" w:lineRule="auto"/>
      </w:pPr>
      <w:r>
        <w:separator/>
      </w:r>
    </w:p>
  </w:footnote>
  <w:footnote w:type="continuationSeparator" w:id="0">
    <w:p w14:paraId="7761380B" w14:textId="77777777" w:rsidR="00961665" w:rsidRDefault="00961665" w:rsidP="002F0B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3168179">
    <w:abstractNumId w:val="8"/>
  </w:num>
  <w:num w:numId="2" w16cid:durableId="1559635504">
    <w:abstractNumId w:val="6"/>
  </w:num>
  <w:num w:numId="3" w16cid:durableId="1427724263">
    <w:abstractNumId w:val="5"/>
  </w:num>
  <w:num w:numId="4" w16cid:durableId="1116945360">
    <w:abstractNumId w:val="4"/>
  </w:num>
  <w:num w:numId="5" w16cid:durableId="1084952419">
    <w:abstractNumId w:val="7"/>
  </w:num>
  <w:num w:numId="6" w16cid:durableId="524975947">
    <w:abstractNumId w:val="3"/>
  </w:num>
  <w:num w:numId="7" w16cid:durableId="563564245">
    <w:abstractNumId w:val="2"/>
  </w:num>
  <w:num w:numId="8" w16cid:durableId="303122289">
    <w:abstractNumId w:val="1"/>
  </w:num>
  <w:num w:numId="9" w16cid:durableId="314115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46207"/>
    <w:rsid w:val="0015074B"/>
    <w:rsid w:val="00192E9E"/>
    <w:rsid w:val="0029639D"/>
    <w:rsid w:val="002D6BB8"/>
    <w:rsid w:val="002F0B44"/>
    <w:rsid w:val="00326F90"/>
    <w:rsid w:val="00333CF4"/>
    <w:rsid w:val="0060016C"/>
    <w:rsid w:val="00634CF0"/>
    <w:rsid w:val="00792383"/>
    <w:rsid w:val="00891DF6"/>
    <w:rsid w:val="00961665"/>
    <w:rsid w:val="00965450"/>
    <w:rsid w:val="00996878"/>
    <w:rsid w:val="00A3048C"/>
    <w:rsid w:val="00AA1D8D"/>
    <w:rsid w:val="00AD06C2"/>
    <w:rsid w:val="00B47730"/>
    <w:rsid w:val="00B56C36"/>
    <w:rsid w:val="00BB5309"/>
    <w:rsid w:val="00BF5C37"/>
    <w:rsid w:val="00C47C22"/>
    <w:rsid w:val="00C7693D"/>
    <w:rsid w:val="00CB0664"/>
    <w:rsid w:val="00EA1EE5"/>
    <w:rsid w:val="00F047B0"/>
    <w:rsid w:val="00F3511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A1A0A3"/>
  <w14:defaultImageDpi w14:val="300"/>
  <w15:docId w15:val="{77A9F5A9-5F25-46B0-A209-58C4F7E6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Russell, Keith</cp:lastModifiedBy>
  <cp:revision>14</cp:revision>
  <dcterms:created xsi:type="dcterms:W3CDTF">2013-12-23T23:15:00Z</dcterms:created>
  <dcterms:modified xsi:type="dcterms:W3CDTF">2026-07-23T11:38:00Z</dcterms:modified>
  <cp:category/>
</cp:coreProperties>
</file>