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583C4" w14:textId="77777777" w:rsidR="00CD70EE" w:rsidRDefault="00CD70EE" w:rsidP="00CD70EE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1AE4CA59" wp14:editId="563369F0">
            <wp:extent cx="1133475" cy="704850"/>
            <wp:effectExtent l="0" t="0" r="9525" b="0"/>
            <wp:docPr id="17544689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468999" name="Picture 175446899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C96E0" w14:textId="77777777" w:rsidR="00CD70EE" w:rsidRPr="00C7693D" w:rsidRDefault="00CD70EE" w:rsidP="00CD70EE">
      <w:pPr>
        <w:rPr>
          <w:sz w:val="52"/>
          <w:szCs w:val="52"/>
        </w:rPr>
      </w:pPr>
      <w:r w:rsidRPr="00C7693D">
        <w:rPr>
          <w:b/>
          <w:sz w:val="52"/>
          <w:szCs w:val="52"/>
        </w:rPr>
        <w:t>Market Research Made Simple</w:t>
      </w:r>
    </w:p>
    <w:p w14:paraId="7AC35A3A" w14:textId="54550F32" w:rsidR="00D3203E" w:rsidRPr="00CD70EE" w:rsidRDefault="00000000">
      <w:pPr>
        <w:rPr>
          <w:sz w:val="32"/>
          <w:szCs w:val="32"/>
        </w:rPr>
      </w:pPr>
      <w:r w:rsidRPr="00CD70EE">
        <w:rPr>
          <w:b/>
          <w:sz w:val="32"/>
          <w:szCs w:val="32"/>
        </w:rPr>
        <w:t>Lesson 13 Worksheet</w:t>
      </w:r>
      <w:r w:rsidR="00CD70EE" w:rsidRPr="00CD70EE">
        <w:rPr>
          <w:sz w:val="32"/>
          <w:szCs w:val="32"/>
        </w:rPr>
        <w:t xml:space="preserve"> - </w:t>
      </w:r>
      <w:r w:rsidRPr="00CD70EE">
        <w:rPr>
          <w:b/>
          <w:sz w:val="32"/>
          <w:szCs w:val="32"/>
        </w:rPr>
        <w:t>Connect the Dots</w:t>
      </w:r>
    </w:p>
    <w:p w14:paraId="33694D52" w14:textId="77777777" w:rsidR="00D3203E" w:rsidRPr="00DD4E98" w:rsidRDefault="00000000">
      <w:pPr>
        <w:rPr>
          <w:sz w:val="24"/>
          <w:szCs w:val="24"/>
        </w:rPr>
      </w:pPr>
      <w:r w:rsidRPr="00DD4E98">
        <w:rPr>
          <w:b/>
          <w:sz w:val="24"/>
          <w:szCs w:val="24"/>
        </w:rPr>
        <w:t>Lesson Objective</w:t>
      </w:r>
    </w:p>
    <w:p w14:paraId="69C80C24" w14:textId="77777777" w:rsidR="00D3203E" w:rsidRPr="00DD4E98" w:rsidRDefault="00000000">
      <w:pPr>
        <w:rPr>
          <w:sz w:val="24"/>
          <w:szCs w:val="24"/>
        </w:rPr>
      </w:pPr>
      <w:r w:rsidRPr="00DD4E98">
        <w:rPr>
          <w:sz w:val="24"/>
          <w:szCs w:val="24"/>
        </w:rPr>
        <w:t>Organize your market research, identify recurring patterns, separate facts from assumptions, and summarize your strongest business opportunity.</w:t>
      </w:r>
    </w:p>
    <w:p w14:paraId="3A86BA9D" w14:textId="77777777" w:rsidR="00D3203E" w:rsidRPr="00DD4E98" w:rsidRDefault="00000000">
      <w:pPr>
        <w:rPr>
          <w:sz w:val="24"/>
          <w:szCs w:val="24"/>
        </w:rPr>
      </w:pPr>
      <w:r w:rsidRPr="00DD4E98">
        <w:rPr>
          <w:b/>
          <w:sz w:val="24"/>
          <w:szCs w:val="24"/>
        </w:rPr>
        <w:t>Complete Your Challenge Activity</w:t>
      </w:r>
    </w:p>
    <w:p w14:paraId="5DB1E456" w14:textId="77777777" w:rsidR="00D3203E" w:rsidRPr="00DD4E98" w:rsidRDefault="00000000">
      <w:pPr>
        <w:rPr>
          <w:sz w:val="24"/>
          <w:szCs w:val="24"/>
        </w:rPr>
      </w:pPr>
      <w:r w:rsidRPr="00DD4E98">
        <w:rPr>
          <w:sz w:val="24"/>
          <w:szCs w:val="24"/>
        </w:rPr>
        <w:t>Review everything you've completed throughout this course. Summarize your findings in the sections below. Keep your answers brief and focus on the evidence you've gathered.</w:t>
      </w:r>
    </w:p>
    <w:p w14:paraId="0C91A624" w14:textId="77777777" w:rsidR="00D3203E" w:rsidRPr="00DD4E98" w:rsidRDefault="00000000">
      <w:pPr>
        <w:rPr>
          <w:sz w:val="24"/>
          <w:szCs w:val="24"/>
        </w:rPr>
      </w:pPr>
      <w:r w:rsidRPr="00DD4E98">
        <w:rPr>
          <w:b/>
          <w:sz w:val="24"/>
          <w:szCs w:val="24"/>
        </w:rPr>
        <w:t>The Problem</w:t>
      </w:r>
      <w:r w:rsidRPr="00DD4E98">
        <w:rPr>
          <w:b/>
          <w:sz w:val="24"/>
          <w:szCs w:val="24"/>
        </w:rPr>
        <w:br/>
        <w:t>What problem am I solving?</w:t>
      </w:r>
    </w:p>
    <w:p w14:paraId="4A9F5FF6" w14:textId="77777777" w:rsidR="00D3203E" w:rsidRPr="00DD4E98" w:rsidRDefault="00000000">
      <w:pPr>
        <w:rPr>
          <w:sz w:val="24"/>
          <w:szCs w:val="24"/>
        </w:rPr>
      </w:pPr>
      <w:r w:rsidRPr="00DD4E98">
        <w:rPr>
          <w:sz w:val="24"/>
          <w:szCs w:val="24"/>
        </w:rPr>
        <w:t>______________________________________________________________</w:t>
      </w:r>
      <w:r w:rsidRPr="00DD4E98">
        <w:rPr>
          <w:sz w:val="24"/>
          <w:szCs w:val="24"/>
        </w:rPr>
        <w:br/>
        <w:t>______________________________________________________________</w:t>
      </w:r>
      <w:r w:rsidRPr="00DD4E98">
        <w:rPr>
          <w:sz w:val="24"/>
          <w:szCs w:val="24"/>
        </w:rPr>
        <w:br/>
        <w:t>______________________________________________________________</w:t>
      </w:r>
      <w:r w:rsidRPr="00DD4E98">
        <w:rPr>
          <w:sz w:val="24"/>
          <w:szCs w:val="24"/>
        </w:rPr>
        <w:br/>
        <w:t>______________________________________________________________</w:t>
      </w:r>
    </w:p>
    <w:p w14:paraId="5F3132A3" w14:textId="77777777" w:rsidR="00D3203E" w:rsidRPr="00DD4E98" w:rsidRDefault="00000000">
      <w:pPr>
        <w:rPr>
          <w:sz w:val="24"/>
          <w:szCs w:val="24"/>
        </w:rPr>
      </w:pPr>
      <w:r w:rsidRPr="00DD4E98">
        <w:rPr>
          <w:b/>
          <w:sz w:val="24"/>
          <w:szCs w:val="24"/>
        </w:rPr>
        <w:t>The Customer</w:t>
      </w:r>
      <w:r w:rsidRPr="00DD4E98">
        <w:rPr>
          <w:b/>
          <w:sz w:val="24"/>
          <w:szCs w:val="24"/>
        </w:rPr>
        <w:br/>
        <w:t>Who am I helping?</w:t>
      </w:r>
    </w:p>
    <w:p w14:paraId="7D7081FC" w14:textId="77777777" w:rsidR="00D3203E" w:rsidRPr="00DD4E98" w:rsidRDefault="00000000">
      <w:pPr>
        <w:rPr>
          <w:sz w:val="24"/>
          <w:szCs w:val="24"/>
        </w:rPr>
      </w:pPr>
      <w:r w:rsidRPr="00DD4E98">
        <w:rPr>
          <w:sz w:val="24"/>
          <w:szCs w:val="24"/>
        </w:rPr>
        <w:t>______________________________________________________________</w:t>
      </w:r>
      <w:r w:rsidRPr="00DD4E98">
        <w:rPr>
          <w:sz w:val="24"/>
          <w:szCs w:val="24"/>
        </w:rPr>
        <w:br/>
        <w:t>______________________________________________________________</w:t>
      </w:r>
      <w:r w:rsidRPr="00DD4E98">
        <w:rPr>
          <w:sz w:val="24"/>
          <w:szCs w:val="24"/>
        </w:rPr>
        <w:br/>
        <w:t>______________________________________________________________</w:t>
      </w:r>
      <w:r w:rsidRPr="00DD4E98">
        <w:rPr>
          <w:sz w:val="24"/>
          <w:szCs w:val="24"/>
        </w:rPr>
        <w:br/>
        <w:t>______________________________________________________________</w:t>
      </w:r>
    </w:p>
    <w:p w14:paraId="60379A87" w14:textId="77777777" w:rsidR="00D3203E" w:rsidRPr="00DD4E98" w:rsidRDefault="00000000">
      <w:pPr>
        <w:rPr>
          <w:sz w:val="24"/>
          <w:szCs w:val="24"/>
        </w:rPr>
      </w:pPr>
      <w:r w:rsidRPr="00DD4E98">
        <w:rPr>
          <w:b/>
          <w:sz w:val="24"/>
          <w:szCs w:val="24"/>
        </w:rPr>
        <w:t>The Opportunity</w:t>
      </w:r>
      <w:r w:rsidRPr="00DD4E98">
        <w:rPr>
          <w:b/>
          <w:sz w:val="24"/>
          <w:szCs w:val="24"/>
        </w:rPr>
        <w:br/>
        <w:t>Why do I believe there's demand?</w:t>
      </w:r>
    </w:p>
    <w:p w14:paraId="50302228" w14:textId="77777777" w:rsidR="00D3203E" w:rsidRPr="00DD4E98" w:rsidRDefault="00000000">
      <w:pPr>
        <w:rPr>
          <w:sz w:val="24"/>
          <w:szCs w:val="24"/>
        </w:rPr>
      </w:pPr>
      <w:r w:rsidRPr="00DD4E98">
        <w:rPr>
          <w:sz w:val="24"/>
          <w:szCs w:val="24"/>
        </w:rPr>
        <w:t>______________________________________________________________</w:t>
      </w:r>
      <w:r w:rsidRPr="00DD4E98">
        <w:rPr>
          <w:sz w:val="24"/>
          <w:szCs w:val="24"/>
        </w:rPr>
        <w:br/>
        <w:t>______________________________________________________________</w:t>
      </w:r>
      <w:r w:rsidRPr="00DD4E98">
        <w:rPr>
          <w:sz w:val="24"/>
          <w:szCs w:val="24"/>
        </w:rPr>
        <w:br/>
        <w:t>______________________________________________________________</w:t>
      </w:r>
      <w:r w:rsidRPr="00DD4E98">
        <w:rPr>
          <w:sz w:val="24"/>
          <w:szCs w:val="24"/>
        </w:rPr>
        <w:br/>
        <w:t>______________________________________________________________</w:t>
      </w:r>
    </w:p>
    <w:p w14:paraId="619B2EB2" w14:textId="77777777" w:rsidR="00D3203E" w:rsidRPr="00DD4E98" w:rsidRDefault="00000000">
      <w:pPr>
        <w:rPr>
          <w:sz w:val="24"/>
          <w:szCs w:val="24"/>
        </w:rPr>
      </w:pPr>
      <w:r w:rsidRPr="00DD4E98">
        <w:rPr>
          <w:b/>
          <w:sz w:val="24"/>
          <w:szCs w:val="24"/>
        </w:rPr>
        <w:lastRenderedPageBreak/>
        <w:t>The Competition</w:t>
      </w:r>
      <w:r w:rsidRPr="00DD4E98">
        <w:rPr>
          <w:b/>
          <w:sz w:val="24"/>
          <w:szCs w:val="24"/>
        </w:rPr>
        <w:br/>
        <w:t>What have I learned from competitors?</w:t>
      </w:r>
    </w:p>
    <w:p w14:paraId="195B5E86" w14:textId="77777777" w:rsidR="00D3203E" w:rsidRPr="00DD4E98" w:rsidRDefault="00000000">
      <w:pPr>
        <w:rPr>
          <w:sz w:val="24"/>
          <w:szCs w:val="24"/>
        </w:rPr>
      </w:pPr>
      <w:r w:rsidRPr="00DD4E98">
        <w:rPr>
          <w:sz w:val="24"/>
          <w:szCs w:val="24"/>
        </w:rPr>
        <w:t>______________________________________________________________</w:t>
      </w:r>
      <w:r w:rsidRPr="00DD4E98">
        <w:rPr>
          <w:sz w:val="24"/>
          <w:szCs w:val="24"/>
        </w:rPr>
        <w:br/>
        <w:t>______________________________________________________________</w:t>
      </w:r>
      <w:r w:rsidRPr="00DD4E98">
        <w:rPr>
          <w:sz w:val="24"/>
          <w:szCs w:val="24"/>
        </w:rPr>
        <w:br/>
        <w:t>______________________________________________________________</w:t>
      </w:r>
      <w:r w:rsidRPr="00DD4E98">
        <w:rPr>
          <w:sz w:val="24"/>
          <w:szCs w:val="24"/>
        </w:rPr>
        <w:br/>
        <w:t>______________________________________________________________</w:t>
      </w:r>
    </w:p>
    <w:p w14:paraId="6145F7D2" w14:textId="77777777" w:rsidR="00D3203E" w:rsidRPr="00DD4E98" w:rsidRDefault="00000000">
      <w:pPr>
        <w:rPr>
          <w:sz w:val="24"/>
          <w:szCs w:val="24"/>
        </w:rPr>
      </w:pPr>
      <w:r w:rsidRPr="00DD4E98">
        <w:rPr>
          <w:b/>
          <w:sz w:val="24"/>
          <w:szCs w:val="24"/>
        </w:rPr>
        <w:t>The Advantage</w:t>
      </w:r>
      <w:r w:rsidRPr="00DD4E98">
        <w:rPr>
          <w:b/>
          <w:sz w:val="24"/>
          <w:szCs w:val="24"/>
        </w:rPr>
        <w:br/>
        <w:t>How can I be different?</w:t>
      </w:r>
    </w:p>
    <w:p w14:paraId="54411585" w14:textId="77777777" w:rsidR="00D3203E" w:rsidRPr="00DD4E98" w:rsidRDefault="00000000">
      <w:pPr>
        <w:rPr>
          <w:sz w:val="24"/>
          <w:szCs w:val="24"/>
        </w:rPr>
      </w:pPr>
      <w:r w:rsidRPr="00DD4E98">
        <w:rPr>
          <w:sz w:val="24"/>
          <w:szCs w:val="24"/>
        </w:rPr>
        <w:t>______________________________________________________________</w:t>
      </w:r>
      <w:r w:rsidRPr="00DD4E98">
        <w:rPr>
          <w:sz w:val="24"/>
          <w:szCs w:val="24"/>
        </w:rPr>
        <w:br/>
        <w:t>______________________________________________________________</w:t>
      </w:r>
      <w:r w:rsidRPr="00DD4E98">
        <w:rPr>
          <w:sz w:val="24"/>
          <w:szCs w:val="24"/>
        </w:rPr>
        <w:br/>
        <w:t>______________________________________________________________</w:t>
      </w:r>
      <w:r w:rsidRPr="00DD4E98">
        <w:rPr>
          <w:sz w:val="24"/>
          <w:szCs w:val="24"/>
        </w:rPr>
        <w:br/>
        <w:t>______________________________________________________________</w:t>
      </w:r>
    </w:p>
    <w:p w14:paraId="5FE36E2D" w14:textId="77777777" w:rsidR="00D3203E" w:rsidRPr="00DD4E98" w:rsidRDefault="00000000">
      <w:pPr>
        <w:rPr>
          <w:sz w:val="24"/>
          <w:szCs w:val="24"/>
        </w:rPr>
      </w:pPr>
      <w:r w:rsidRPr="00DD4E98">
        <w:rPr>
          <w:b/>
          <w:sz w:val="24"/>
          <w:szCs w:val="24"/>
        </w:rPr>
        <w:t>The Next Step</w:t>
      </w:r>
      <w:r w:rsidRPr="00DD4E98">
        <w:rPr>
          <w:b/>
          <w:sz w:val="24"/>
          <w:szCs w:val="24"/>
        </w:rPr>
        <w:br/>
        <w:t>What's the next action I need to take?</w:t>
      </w:r>
    </w:p>
    <w:p w14:paraId="33068C8A" w14:textId="77777777" w:rsidR="00D3203E" w:rsidRPr="00DD4E98" w:rsidRDefault="00000000">
      <w:pPr>
        <w:rPr>
          <w:sz w:val="24"/>
          <w:szCs w:val="24"/>
        </w:rPr>
      </w:pPr>
      <w:r w:rsidRPr="00DD4E98">
        <w:rPr>
          <w:sz w:val="24"/>
          <w:szCs w:val="24"/>
        </w:rPr>
        <w:t>______________________________________________________________</w:t>
      </w:r>
      <w:r w:rsidRPr="00DD4E98">
        <w:rPr>
          <w:sz w:val="24"/>
          <w:szCs w:val="24"/>
        </w:rPr>
        <w:br/>
        <w:t>______________________________________________________________</w:t>
      </w:r>
      <w:r w:rsidRPr="00DD4E98">
        <w:rPr>
          <w:sz w:val="24"/>
          <w:szCs w:val="24"/>
        </w:rPr>
        <w:br/>
        <w:t>______________________________________________________________</w:t>
      </w:r>
      <w:r w:rsidRPr="00DD4E98">
        <w:rPr>
          <w:sz w:val="24"/>
          <w:szCs w:val="24"/>
        </w:rPr>
        <w:br/>
        <w:t>______________________________________________________________</w:t>
      </w:r>
    </w:p>
    <w:p w14:paraId="1D4A5BF5" w14:textId="77777777" w:rsidR="00D3203E" w:rsidRPr="00DD4E98" w:rsidRDefault="00000000">
      <w:pPr>
        <w:rPr>
          <w:sz w:val="24"/>
          <w:szCs w:val="24"/>
        </w:rPr>
      </w:pPr>
      <w:r w:rsidRPr="00DD4E98">
        <w:rPr>
          <w:b/>
          <w:sz w:val="24"/>
          <w:szCs w:val="24"/>
        </w:rPr>
        <w:t>What I Know (Facts Supported by My Research)</w:t>
      </w:r>
    </w:p>
    <w:p w14:paraId="48B686F7" w14:textId="77777777" w:rsidR="00D3203E" w:rsidRPr="00DD4E98" w:rsidRDefault="00000000">
      <w:pPr>
        <w:rPr>
          <w:sz w:val="24"/>
          <w:szCs w:val="24"/>
        </w:rPr>
      </w:pPr>
      <w:r w:rsidRPr="00DD4E98">
        <w:rPr>
          <w:sz w:val="24"/>
          <w:szCs w:val="24"/>
        </w:rPr>
        <w:t>______________________________________________________________</w:t>
      </w:r>
      <w:r w:rsidRPr="00DD4E98">
        <w:rPr>
          <w:sz w:val="24"/>
          <w:szCs w:val="24"/>
        </w:rPr>
        <w:br/>
        <w:t>______________________________________________________________</w:t>
      </w:r>
      <w:r w:rsidRPr="00DD4E98">
        <w:rPr>
          <w:sz w:val="24"/>
          <w:szCs w:val="24"/>
        </w:rPr>
        <w:br/>
        <w:t>______________________________________________________________</w:t>
      </w:r>
      <w:r w:rsidRPr="00DD4E98">
        <w:rPr>
          <w:sz w:val="24"/>
          <w:szCs w:val="24"/>
        </w:rPr>
        <w:br/>
        <w:t>______________________________________________________________</w:t>
      </w:r>
      <w:r w:rsidRPr="00DD4E98">
        <w:rPr>
          <w:sz w:val="24"/>
          <w:szCs w:val="24"/>
        </w:rPr>
        <w:br/>
        <w:t>______________________________________________________________</w:t>
      </w:r>
    </w:p>
    <w:p w14:paraId="1D649E14" w14:textId="77777777" w:rsidR="00D3203E" w:rsidRPr="00DD4E98" w:rsidRDefault="00000000">
      <w:pPr>
        <w:rPr>
          <w:sz w:val="24"/>
          <w:szCs w:val="24"/>
        </w:rPr>
      </w:pPr>
      <w:r w:rsidRPr="00DD4E98">
        <w:rPr>
          <w:b/>
          <w:sz w:val="24"/>
          <w:szCs w:val="24"/>
        </w:rPr>
        <w:t>What I Still Need to Learn</w:t>
      </w:r>
    </w:p>
    <w:p w14:paraId="381131C5" w14:textId="77777777" w:rsidR="00D3203E" w:rsidRPr="00DD4E98" w:rsidRDefault="00000000">
      <w:pPr>
        <w:rPr>
          <w:sz w:val="24"/>
          <w:szCs w:val="24"/>
        </w:rPr>
      </w:pPr>
      <w:r w:rsidRPr="00DD4E98">
        <w:rPr>
          <w:sz w:val="24"/>
          <w:szCs w:val="24"/>
        </w:rPr>
        <w:t>______________________________________________________________</w:t>
      </w:r>
      <w:r w:rsidRPr="00DD4E98">
        <w:rPr>
          <w:sz w:val="24"/>
          <w:szCs w:val="24"/>
        </w:rPr>
        <w:br/>
        <w:t>______________________________________________________________</w:t>
      </w:r>
      <w:r w:rsidRPr="00DD4E98">
        <w:rPr>
          <w:sz w:val="24"/>
          <w:szCs w:val="24"/>
        </w:rPr>
        <w:br/>
        <w:t>______________________________________________________________</w:t>
      </w:r>
      <w:r w:rsidRPr="00DD4E98">
        <w:rPr>
          <w:sz w:val="24"/>
          <w:szCs w:val="24"/>
        </w:rPr>
        <w:br/>
        <w:t>______________________________________________________________</w:t>
      </w:r>
      <w:r w:rsidRPr="00DD4E98">
        <w:rPr>
          <w:sz w:val="24"/>
          <w:szCs w:val="24"/>
        </w:rPr>
        <w:br/>
        <w:t>______________________________________________________________</w:t>
      </w:r>
    </w:p>
    <w:p w14:paraId="06AF1781" w14:textId="77777777" w:rsidR="00D3203E" w:rsidRPr="00DD4E98" w:rsidRDefault="00000000">
      <w:pPr>
        <w:rPr>
          <w:sz w:val="24"/>
          <w:szCs w:val="24"/>
        </w:rPr>
      </w:pPr>
      <w:r w:rsidRPr="00DD4E98">
        <w:rPr>
          <w:b/>
          <w:sz w:val="24"/>
          <w:szCs w:val="24"/>
        </w:rPr>
        <w:t>Business Coach Tip</w:t>
      </w:r>
    </w:p>
    <w:p w14:paraId="0625678A" w14:textId="77777777" w:rsidR="00D3203E" w:rsidRPr="00DD4E98" w:rsidRDefault="00000000">
      <w:pPr>
        <w:rPr>
          <w:sz w:val="24"/>
          <w:szCs w:val="24"/>
        </w:rPr>
      </w:pPr>
      <w:r w:rsidRPr="00DD4E98">
        <w:rPr>
          <w:sz w:val="24"/>
          <w:szCs w:val="24"/>
        </w:rPr>
        <w:lastRenderedPageBreak/>
        <w:t>If you're struggling to make sense of your research, imagine explaining it to someone else.</w:t>
      </w:r>
      <w:r w:rsidRPr="00DD4E98">
        <w:rPr>
          <w:sz w:val="24"/>
          <w:szCs w:val="24"/>
        </w:rPr>
        <w:br/>
      </w:r>
      <w:r w:rsidRPr="00DD4E98">
        <w:rPr>
          <w:sz w:val="24"/>
          <w:szCs w:val="24"/>
        </w:rPr>
        <w:br/>
        <w:t>Ask yourself:</w:t>
      </w:r>
      <w:r w:rsidRPr="00DD4E98">
        <w:rPr>
          <w:sz w:val="24"/>
          <w:szCs w:val="24"/>
        </w:rPr>
        <w:br/>
      </w:r>
      <w:r w:rsidRPr="00DD4E98">
        <w:rPr>
          <w:sz w:val="24"/>
          <w:szCs w:val="24"/>
        </w:rPr>
        <w:br/>
      </w:r>
      <w:r w:rsidRPr="002F2E8D">
        <w:rPr>
          <w:i/>
          <w:iCs/>
          <w:sz w:val="24"/>
          <w:szCs w:val="24"/>
        </w:rPr>
        <w:t>"If I had to summarize everything I've learned in five minutes, what would I say?"</w:t>
      </w:r>
      <w:r w:rsidRPr="00DD4E98">
        <w:rPr>
          <w:sz w:val="24"/>
          <w:szCs w:val="24"/>
        </w:rPr>
        <w:br/>
      </w:r>
      <w:r w:rsidRPr="00DD4E98">
        <w:rPr>
          <w:sz w:val="24"/>
          <w:szCs w:val="24"/>
        </w:rPr>
        <w:br/>
        <w:t>That exercise often reveals the most important insights. If something doesn't make your summary, it may not be as important as you thought.</w:t>
      </w:r>
    </w:p>
    <w:p w14:paraId="6401CB08" w14:textId="77777777" w:rsidR="00D3203E" w:rsidRPr="00DD4E98" w:rsidRDefault="00000000">
      <w:pPr>
        <w:rPr>
          <w:sz w:val="24"/>
          <w:szCs w:val="24"/>
        </w:rPr>
      </w:pPr>
      <w:r w:rsidRPr="00DD4E98">
        <w:rPr>
          <w:b/>
          <w:sz w:val="24"/>
          <w:szCs w:val="24"/>
        </w:rPr>
        <w:t>Key Insight</w:t>
      </w:r>
    </w:p>
    <w:p w14:paraId="33D6F110" w14:textId="77777777" w:rsidR="00D3203E" w:rsidRPr="00DD4E98" w:rsidRDefault="00000000">
      <w:pPr>
        <w:rPr>
          <w:sz w:val="24"/>
          <w:szCs w:val="24"/>
        </w:rPr>
      </w:pPr>
      <w:r w:rsidRPr="00DD4E98">
        <w:rPr>
          <w:sz w:val="24"/>
          <w:szCs w:val="24"/>
        </w:rPr>
        <w:t xml:space="preserve">What is the single biggest insight you've gained from </w:t>
      </w:r>
      <w:proofErr w:type="gramStart"/>
      <w:r w:rsidRPr="00DD4E98">
        <w:rPr>
          <w:sz w:val="24"/>
          <w:szCs w:val="24"/>
        </w:rPr>
        <w:t>all of</w:t>
      </w:r>
      <w:proofErr w:type="gramEnd"/>
      <w:r w:rsidRPr="00DD4E98">
        <w:rPr>
          <w:sz w:val="24"/>
          <w:szCs w:val="24"/>
        </w:rPr>
        <w:t xml:space="preserve"> your market research?</w:t>
      </w:r>
      <w:r w:rsidRPr="00DD4E98">
        <w:rPr>
          <w:sz w:val="24"/>
          <w:szCs w:val="24"/>
        </w:rPr>
        <w:br/>
      </w:r>
      <w:r w:rsidRPr="00DD4E98">
        <w:rPr>
          <w:sz w:val="24"/>
          <w:szCs w:val="24"/>
        </w:rPr>
        <w:br/>
        <w:t>____________________________________________________________</w:t>
      </w:r>
      <w:r w:rsidRPr="00DD4E98">
        <w:rPr>
          <w:sz w:val="24"/>
          <w:szCs w:val="24"/>
        </w:rPr>
        <w:br/>
        <w:t>____________________________________________________________</w:t>
      </w:r>
    </w:p>
    <w:p w14:paraId="57EAAFA7" w14:textId="77777777" w:rsidR="00D3203E" w:rsidRPr="00DD4E98" w:rsidRDefault="00000000">
      <w:pPr>
        <w:rPr>
          <w:sz w:val="24"/>
          <w:szCs w:val="24"/>
        </w:rPr>
      </w:pPr>
      <w:r w:rsidRPr="00DD4E98">
        <w:rPr>
          <w:b/>
          <w:sz w:val="24"/>
          <w:szCs w:val="24"/>
        </w:rPr>
        <w:t>Reflection</w:t>
      </w:r>
    </w:p>
    <w:p w14:paraId="61618663" w14:textId="77777777" w:rsidR="00D3203E" w:rsidRPr="00DD4E98" w:rsidRDefault="00000000">
      <w:pPr>
        <w:rPr>
          <w:sz w:val="24"/>
          <w:szCs w:val="24"/>
        </w:rPr>
      </w:pPr>
      <w:r w:rsidRPr="00DD4E98">
        <w:rPr>
          <w:sz w:val="24"/>
          <w:szCs w:val="24"/>
        </w:rPr>
        <w:t>How has your confidence in your business idea changed since Lesson 1? What evidence has influenced your thinking the most?</w:t>
      </w:r>
      <w:r w:rsidRPr="00DD4E98">
        <w:rPr>
          <w:sz w:val="24"/>
          <w:szCs w:val="24"/>
        </w:rPr>
        <w:br/>
      </w:r>
      <w:r w:rsidRPr="00DD4E98">
        <w:rPr>
          <w:sz w:val="24"/>
          <w:szCs w:val="24"/>
        </w:rPr>
        <w:br/>
        <w:t>____________________________________________________________</w:t>
      </w:r>
      <w:r w:rsidRPr="00DD4E98">
        <w:rPr>
          <w:sz w:val="24"/>
          <w:szCs w:val="24"/>
        </w:rPr>
        <w:br/>
        <w:t>____________________________________________________________</w:t>
      </w:r>
      <w:r w:rsidRPr="00DD4E98">
        <w:rPr>
          <w:sz w:val="24"/>
          <w:szCs w:val="24"/>
        </w:rPr>
        <w:br/>
        <w:t>____________________________________________________________</w:t>
      </w:r>
    </w:p>
    <w:p w14:paraId="756D734E" w14:textId="77777777" w:rsidR="00D3203E" w:rsidRPr="00DD4E98" w:rsidRDefault="00000000">
      <w:pPr>
        <w:rPr>
          <w:sz w:val="24"/>
          <w:szCs w:val="24"/>
        </w:rPr>
      </w:pPr>
      <w:r w:rsidRPr="00DD4E98">
        <w:rPr>
          <w:b/>
          <w:sz w:val="24"/>
          <w:szCs w:val="24"/>
        </w:rPr>
        <w:t>Today's Checklist</w:t>
      </w:r>
    </w:p>
    <w:p w14:paraId="02ED7465" w14:textId="77777777" w:rsidR="00D3203E" w:rsidRPr="00DD4E98" w:rsidRDefault="00000000">
      <w:pPr>
        <w:rPr>
          <w:sz w:val="24"/>
          <w:szCs w:val="24"/>
        </w:rPr>
      </w:pPr>
      <w:r w:rsidRPr="00DD4E98">
        <w:rPr>
          <w:sz w:val="24"/>
          <w:szCs w:val="24"/>
        </w:rPr>
        <w:t>☐ I summarized the problem I'm solving.</w:t>
      </w:r>
    </w:p>
    <w:p w14:paraId="6A97004F" w14:textId="77777777" w:rsidR="00D3203E" w:rsidRPr="00DD4E98" w:rsidRDefault="00000000">
      <w:pPr>
        <w:rPr>
          <w:sz w:val="24"/>
          <w:szCs w:val="24"/>
        </w:rPr>
      </w:pPr>
      <w:r w:rsidRPr="00DD4E98">
        <w:rPr>
          <w:sz w:val="24"/>
          <w:szCs w:val="24"/>
        </w:rPr>
        <w:t>☐ I identified my ideal customer.</w:t>
      </w:r>
    </w:p>
    <w:p w14:paraId="3DF3CAB1" w14:textId="77777777" w:rsidR="00D3203E" w:rsidRPr="00DD4E98" w:rsidRDefault="00000000">
      <w:pPr>
        <w:rPr>
          <w:sz w:val="24"/>
          <w:szCs w:val="24"/>
        </w:rPr>
      </w:pPr>
      <w:r w:rsidRPr="00DD4E98">
        <w:rPr>
          <w:sz w:val="24"/>
          <w:szCs w:val="24"/>
        </w:rPr>
        <w:t>☐ I summarized the strongest evidence supporting my business idea.</w:t>
      </w:r>
    </w:p>
    <w:p w14:paraId="4CB3B9AC" w14:textId="77777777" w:rsidR="00D3203E" w:rsidRPr="00DD4E98" w:rsidRDefault="00000000">
      <w:pPr>
        <w:rPr>
          <w:sz w:val="24"/>
          <w:szCs w:val="24"/>
        </w:rPr>
      </w:pPr>
      <w:r w:rsidRPr="00DD4E98">
        <w:rPr>
          <w:sz w:val="24"/>
          <w:szCs w:val="24"/>
        </w:rPr>
        <w:t>☐ I identified what I still need to learn.</w:t>
      </w:r>
    </w:p>
    <w:p w14:paraId="25E6DF5E" w14:textId="77777777" w:rsidR="00D3203E" w:rsidRPr="00DD4E98" w:rsidRDefault="00000000">
      <w:pPr>
        <w:rPr>
          <w:sz w:val="24"/>
          <w:szCs w:val="24"/>
        </w:rPr>
      </w:pPr>
      <w:r w:rsidRPr="00DD4E98">
        <w:rPr>
          <w:sz w:val="24"/>
          <w:szCs w:val="24"/>
        </w:rPr>
        <w:t>☐ I defined my next step.</w:t>
      </w:r>
    </w:p>
    <w:p w14:paraId="5BB33964" w14:textId="77777777" w:rsidR="00D3203E" w:rsidRPr="00DD4E98" w:rsidRDefault="00000000">
      <w:pPr>
        <w:rPr>
          <w:sz w:val="24"/>
          <w:szCs w:val="24"/>
        </w:rPr>
      </w:pPr>
      <w:r w:rsidRPr="00DD4E98">
        <w:rPr>
          <w:b/>
          <w:sz w:val="24"/>
          <w:szCs w:val="24"/>
        </w:rPr>
        <w:t>Need Help?</w:t>
      </w:r>
    </w:p>
    <w:p w14:paraId="05AD97E9" w14:textId="77777777" w:rsidR="00D3203E" w:rsidRPr="00DD4E98" w:rsidRDefault="00000000">
      <w:pPr>
        <w:rPr>
          <w:sz w:val="24"/>
          <w:szCs w:val="24"/>
        </w:rPr>
      </w:pPr>
      <w:r w:rsidRPr="00DD4E98">
        <w:rPr>
          <w:sz w:val="24"/>
          <w:szCs w:val="24"/>
        </w:rPr>
        <w:t>If you'd like another perspective before making your next decision, the Hamilton Business Centre is here to help.</w:t>
      </w:r>
      <w:r w:rsidRPr="00DD4E98">
        <w:rPr>
          <w:sz w:val="24"/>
          <w:szCs w:val="24"/>
        </w:rPr>
        <w:br/>
      </w:r>
      <w:r w:rsidRPr="00DD4E98">
        <w:rPr>
          <w:sz w:val="24"/>
          <w:szCs w:val="24"/>
        </w:rPr>
        <w:lastRenderedPageBreak/>
        <w:br/>
        <w:t xml:space="preserve">Bring your notes, your questions, and your ideas to a free one-on-one consultation. Our Business Advisors can help you review your research, identify opportunities, and discuss </w:t>
      </w:r>
      <w:proofErr w:type="gramStart"/>
      <w:r w:rsidRPr="00DD4E98">
        <w:rPr>
          <w:sz w:val="24"/>
          <w:szCs w:val="24"/>
        </w:rPr>
        <w:t>practical next</w:t>
      </w:r>
      <w:proofErr w:type="gramEnd"/>
      <w:r w:rsidRPr="00DD4E98">
        <w:rPr>
          <w:sz w:val="24"/>
          <w:szCs w:val="24"/>
        </w:rPr>
        <w:t xml:space="preserve"> steps as you continue your entrepreneurial journey.</w:t>
      </w:r>
    </w:p>
    <w:sectPr w:rsidR="00D3203E" w:rsidRPr="00DD4E98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243D7" w14:textId="77777777" w:rsidR="00F00DE0" w:rsidRDefault="00F00DE0" w:rsidP="00DD4E98">
      <w:pPr>
        <w:spacing w:after="0" w:line="240" w:lineRule="auto"/>
      </w:pPr>
      <w:r>
        <w:separator/>
      </w:r>
    </w:p>
  </w:endnote>
  <w:endnote w:type="continuationSeparator" w:id="0">
    <w:p w14:paraId="5989B7CA" w14:textId="77777777" w:rsidR="00F00DE0" w:rsidRDefault="00F00DE0" w:rsidP="00DD4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174F2" w14:textId="4E911FE9" w:rsidR="00DD4E98" w:rsidRPr="0012792A" w:rsidRDefault="0012792A" w:rsidP="0012792A">
    <w:pPr>
      <w:pStyle w:val="Footer"/>
      <w:jc w:val="center"/>
    </w:pPr>
    <w:r w:rsidRPr="0012792A">
      <w:t>Market Research Made Simple | www.hamiltonbusinesscentre.ca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6BF20" w14:textId="77777777" w:rsidR="00F00DE0" w:rsidRDefault="00F00DE0" w:rsidP="00DD4E98">
      <w:pPr>
        <w:spacing w:after="0" w:line="240" w:lineRule="auto"/>
      </w:pPr>
      <w:r>
        <w:separator/>
      </w:r>
    </w:p>
  </w:footnote>
  <w:footnote w:type="continuationSeparator" w:id="0">
    <w:p w14:paraId="0128F038" w14:textId="77777777" w:rsidR="00F00DE0" w:rsidRDefault="00F00DE0" w:rsidP="00DD4E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8571728">
    <w:abstractNumId w:val="8"/>
  </w:num>
  <w:num w:numId="2" w16cid:durableId="159782177">
    <w:abstractNumId w:val="6"/>
  </w:num>
  <w:num w:numId="3" w16cid:durableId="1835217961">
    <w:abstractNumId w:val="5"/>
  </w:num>
  <w:num w:numId="4" w16cid:durableId="986936276">
    <w:abstractNumId w:val="4"/>
  </w:num>
  <w:num w:numId="5" w16cid:durableId="1544556858">
    <w:abstractNumId w:val="7"/>
  </w:num>
  <w:num w:numId="6" w16cid:durableId="912810316">
    <w:abstractNumId w:val="3"/>
  </w:num>
  <w:num w:numId="7" w16cid:durableId="1402946899">
    <w:abstractNumId w:val="2"/>
  </w:num>
  <w:num w:numId="8" w16cid:durableId="1008023968">
    <w:abstractNumId w:val="1"/>
  </w:num>
  <w:num w:numId="9" w16cid:durableId="449932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1DEB"/>
    <w:rsid w:val="0012792A"/>
    <w:rsid w:val="0015074B"/>
    <w:rsid w:val="0029639D"/>
    <w:rsid w:val="002F2E8D"/>
    <w:rsid w:val="00326F90"/>
    <w:rsid w:val="003315ED"/>
    <w:rsid w:val="00554F57"/>
    <w:rsid w:val="005C4D52"/>
    <w:rsid w:val="00AA1D8D"/>
    <w:rsid w:val="00B47730"/>
    <w:rsid w:val="00C1434B"/>
    <w:rsid w:val="00CB0664"/>
    <w:rsid w:val="00CD70EE"/>
    <w:rsid w:val="00D3203E"/>
    <w:rsid w:val="00D80A1E"/>
    <w:rsid w:val="00DD4E98"/>
    <w:rsid w:val="00E420AD"/>
    <w:rsid w:val="00F00DE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FB31E66"/>
  <w14:defaultImageDpi w14:val="300"/>
  <w15:docId w15:val="{7FE7D7DF-B241-497F-ACD6-F1631F4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Russell, Keith</cp:lastModifiedBy>
  <cp:revision>7</cp:revision>
  <dcterms:created xsi:type="dcterms:W3CDTF">2013-12-23T23:15:00Z</dcterms:created>
  <dcterms:modified xsi:type="dcterms:W3CDTF">2026-07-23T11:48:00Z</dcterms:modified>
  <cp:category/>
</cp:coreProperties>
</file>