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4FAD8" w14:textId="77777777" w:rsidR="007035D1" w:rsidRDefault="007035D1" w:rsidP="007035D1">
      <w:pPr>
        <w:rPr>
          <w:b/>
          <w:sz w:val="24"/>
          <w:szCs w:val="24"/>
        </w:rPr>
      </w:pPr>
      <w:r>
        <w:rPr>
          <w:b/>
          <w:noProof/>
          <w:sz w:val="24"/>
          <w:szCs w:val="24"/>
        </w:rPr>
        <w:drawing>
          <wp:inline distT="0" distB="0" distL="0" distR="0" wp14:anchorId="4C138143" wp14:editId="2352C155">
            <wp:extent cx="1133475" cy="704850"/>
            <wp:effectExtent l="0" t="0" r="9525" b="0"/>
            <wp:docPr id="17544689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68999" name="Picture 1754468999"/>
                    <pic:cNvPicPr/>
                  </pic:nvPicPr>
                  <pic:blipFill>
                    <a:blip r:embed="rId8"/>
                    <a:stretch>
                      <a:fillRect/>
                    </a:stretch>
                  </pic:blipFill>
                  <pic:spPr>
                    <a:xfrm>
                      <a:off x="0" y="0"/>
                      <a:ext cx="1133475" cy="704850"/>
                    </a:xfrm>
                    <a:prstGeom prst="rect">
                      <a:avLst/>
                    </a:prstGeom>
                  </pic:spPr>
                </pic:pic>
              </a:graphicData>
            </a:graphic>
          </wp:inline>
        </w:drawing>
      </w:r>
    </w:p>
    <w:p w14:paraId="6FD7FD0B" w14:textId="77777777" w:rsidR="007035D1" w:rsidRPr="00C7693D" w:rsidRDefault="007035D1" w:rsidP="007035D1">
      <w:pPr>
        <w:rPr>
          <w:sz w:val="52"/>
          <w:szCs w:val="52"/>
        </w:rPr>
      </w:pPr>
      <w:r w:rsidRPr="00C7693D">
        <w:rPr>
          <w:b/>
          <w:sz w:val="52"/>
          <w:szCs w:val="52"/>
        </w:rPr>
        <w:t>Market Research Made Simple</w:t>
      </w:r>
    </w:p>
    <w:p w14:paraId="3D8914D2" w14:textId="51E7770C" w:rsidR="00A768B7" w:rsidRPr="007035D1" w:rsidRDefault="00000000">
      <w:pPr>
        <w:rPr>
          <w:sz w:val="32"/>
          <w:szCs w:val="32"/>
        </w:rPr>
      </w:pPr>
      <w:r w:rsidRPr="007035D1">
        <w:rPr>
          <w:b/>
          <w:sz w:val="32"/>
          <w:szCs w:val="32"/>
        </w:rPr>
        <w:t>Lesson 11 Worksheet</w:t>
      </w:r>
      <w:r w:rsidR="007035D1" w:rsidRPr="007035D1">
        <w:rPr>
          <w:sz w:val="32"/>
          <w:szCs w:val="32"/>
        </w:rPr>
        <w:t xml:space="preserve"> - </w:t>
      </w:r>
      <w:r w:rsidRPr="007035D1">
        <w:rPr>
          <w:b/>
          <w:sz w:val="32"/>
          <w:szCs w:val="32"/>
        </w:rPr>
        <w:t>Use AI to Work Smarter</w:t>
      </w:r>
    </w:p>
    <w:p w14:paraId="4EF086C4" w14:textId="77777777" w:rsidR="00A768B7" w:rsidRPr="00434BBA" w:rsidRDefault="00000000">
      <w:pPr>
        <w:rPr>
          <w:sz w:val="24"/>
          <w:szCs w:val="24"/>
        </w:rPr>
      </w:pPr>
      <w:r w:rsidRPr="00434BBA">
        <w:rPr>
          <w:b/>
          <w:sz w:val="24"/>
          <w:szCs w:val="24"/>
        </w:rPr>
        <w:t>Lesson Objective</w:t>
      </w:r>
    </w:p>
    <w:p w14:paraId="7C6EFC2B" w14:textId="77777777" w:rsidR="00A768B7" w:rsidRPr="00434BBA" w:rsidRDefault="00000000">
      <w:pPr>
        <w:rPr>
          <w:sz w:val="24"/>
          <w:szCs w:val="24"/>
        </w:rPr>
      </w:pPr>
      <w:r w:rsidRPr="00434BBA">
        <w:rPr>
          <w:sz w:val="24"/>
          <w:szCs w:val="24"/>
        </w:rPr>
        <w:t>Learn how AI can help organize, summarize, and analyze your market research while recognizing the importance of validating AI-generated insights with real customer evidence.</w:t>
      </w:r>
    </w:p>
    <w:p w14:paraId="48CCFE33" w14:textId="77777777" w:rsidR="00A768B7" w:rsidRPr="00434BBA" w:rsidRDefault="00000000">
      <w:pPr>
        <w:rPr>
          <w:sz w:val="24"/>
          <w:szCs w:val="24"/>
        </w:rPr>
      </w:pPr>
      <w:r w:rsidRPr="00434BBA">
        <w:rPr>
          <w:b/>
          <w:sz w:val="24"/>
          <w:szCs w:val="24"/>
        </w:rPr>
        <w:t>Complete Your Challenge Activity</w:t>
      </w:r>
    </w:p>
    <w:p w14:paraId="7B40B8AD" w14:textId="77777777" w:rsidR="00A768B7" w:rsidRPr="00434BBA" w:rsidRDefault="00000000">
      <w:pPr>
        <w:rPr>
          <w:sz w:val="24"/>
          <w:szCs w:val="24"/>
        </w:rPr>
      </w:pPr>
      <w:r w:rsidRPr="00434BBA">
        <w:rPr>
          <w:sz w:val="24"/>
          <w:szCs w:val="24"/>
        </w:rPr>
        <w:t xml:space="preserve">Choose one type of research you've completed during this course. Paste your notes into an AI tool such as ChatGPT and use the prompts below to guide your analysis. Compare </w:t>
      </w:r>
      <w:proofErr w:type="gramStart"/>
      <w:r w:rsidRPr="00434BBA">
        <w:rPr>
          <w:sz w:val="24"/>
          <w:szCs w:val="24"/>
        </w:rPr>
        <w:t>the AI's</w:t>
      </w:r>
      <w:proofErr w:type="gramEnd"/>
      <w:r w:rsidRPr="00434BBA">
        <w:rPr>
          <w:sz w:val="24"/>
          <w:szCs w:val="24"/>
        </w:rPr>
        <w:t xml:space="preserve"> observations with your own findings.</w:t>
      </w:r>
    </w:p>
    <w:p w14:paraId="7CF9AFFE" w14:textId="77777777" w:rsidR="00A768B7" w:rsidRPr="00434BBA" w:rsidRDefault="00000000">
      <w:pPr>
        <w:rPr>
          <w:sz w:val="24"/>
          <w:szCs w:val="24"/>
        </w:rPr>
      </w:pPr>
      <w:r w:rsidRPr="00434BBA">
        <w:rPr>
          <w:b/>
          <w:sz w:val="24"/>
          <w:szCs w:val="24"/>
        </w:rPr>
        <w:t>What Type of Research Did You Analyze?</w:t>
      </w:r>
    </w:p>
    <w:p w14:paraId="11E199E3" w14:textId="77777777" w:rsidR="00A768B7" w:rsidRPr="00434BBA" w:rsidRDefault="00000000">
      <w:pPr>
        <w:rPr>
          <w:sz w:val="24"/>
          <w:szCs w:val="24"/>
        </w:rPr>
      </w:pPr>
      <w:r w:rsidRPr="00434BBA">
        <w:rPr>
          <w:sz w:val="24"/>
          <w:szCs w:val="24"/>
        </w:rP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p>
    <w:p w14:paraId="16D961A0" w14:textId="77777777" w:rsidR="00A768B7" w:rsidRPr="00434BBA" w:rsidRDefault="00000000">
      <w:pPr>
        <w:rPr>
          <w:sz w:val="24"/>
          <w:szCs w:val="24"/>
        </w:rPr>
      </w:pPr>
      <w:r w:rsidRPr="00434BBA">
        <w:rPr>
          <w:b/>
          <w:sz w:val="24"/>
          <w:szCs w:val="24"/>
        </w:rPr>
        <w:t>What Prompt Did You Give the AI?</w:t>
      </w:r>
    </w:p>
    <w:p w14:paraId="2C82E788" w14:textId="77777777" w:rsidR="00A768B7" w:rsidRPr="00434BBA" w:rsidRDefault="00000000">
      <w:pPr>
        <w:rPr>
          <w:sz w:val="24"/>
          <w:szCs w:val="24"/>
        </w:rPr>
      </w:pPr>
      <w:r w:rsidRPr="00434BBA">
        <w:rPr>
          <w:sz w:val="24"/>
          <w:szCs w:val="24"/>
        </w:rP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p>
    <w:p w14:paraId="34F90CEC" w14:textId="77777777" w:rsidR="00A768B7" w:rsidRPr="00434BBA" w:rsidRDefault="00000000">
      <w:pPr>
        <w:rPr>
          <w:sz w:val="24"/>
          <w:szCs w:val="24"/>
        </w:rPr>
      </w:pPr>
      <w:r w:rsidRPr="00434BBA">
        <w:rPr>
          <w:b/>
          <w:sz w:val="24"/>
          <w:szCs w:val="24"/>
        </w:rPr>
        <w:t>AI Summary of the Main Themes</w:t>
      </w:r>
    </w:p>
    <w:p w14:paraId="51717C45" w14:textId="77777777" w:rsidR="00A768B7" w:rsidRPr="00434BBA" w:rsidRDefault="00000000">
      <w:pPr>
        <w:rPr>
          <w:sz w:val="24"/>
          <w:szCs w:val="24"/>
        </w:rPr>
      </w:pPr>
      <w:r w:rsidRPr="00434BBA">
        <w:rPr>
          <w:sz w:val="24"/>
          <w:szCs w:val="24"/>
        </w:rP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p>
    <w:p w14:paraId="09B9484C" w14:textId="77777777" w:rsidR="00A768B7" w:rsidRPr="00434BBA" w:rsidRDefault="00000000">
      <w:pPr>
        <w:rPr>
          <w:sz w:val="24"/>
          <w:szCs w:val="24"/>
        </w:rPr>
      </w:pPr>
      <w:r w:rsidRPr="00434BBA">
        <w:rPr>
          <w:b/>
          <w:sz w:val="24"/>
          <w:szCs w:val="24"/>
        </w:rPr>
        <w:t>Recurring Challenges the AI Identified</w:t>
      </w:r>
    </w:p>
    <w:p w14:paraId="24174E4C" w14:textId="77777777" w:rsidR="00A768B7" w:rsidRPr="00434BBA" w:rsidRDefault="00000000">
      <w:pPr>
        <w:rPr>
          <w:sz w:val="24"/>
          <w:szCs w:val="24"/>
        </w:rPr>
      </w:pPr>
      <w:r w:rsidRPr="00434BBA">
        <w:rPr>
          <w:sz w:val="24"/>
          <w:szCs w:val="24"/>
        </w:rPr>
        <w:lastRenderedPageBreak/>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p>
    <w:p w14:paraId="2D23866A" w14:textId="77777777" w:rsidR="00A768B7" w:rsidRPr="00434BBA" w:rsidRDefault="00000000">
      <w:pPr>
        <w:rPr>
          <w:sz w:val="24"/>
          <w:szCs w:val="24"/>
        </w:rPr>
      </w:pPr>
      <w:r w:rsidRPr="00434BBA">
        <w:rPr>
          <w:b/>
          <w:sz w:val="24"/>
          <w:szCs w:val="24"/>
        </w:rPr>
        <w:t>Opportunities the AI Highlighted</w:t>
      </w:r>
    </w:p>
    <w:p w14:paraId="46E84AF4" w14:textId="77777777" w:rsidR="00A768B7" w:rsidRPr="00434BBA" w:rsidRDefault="00000000">
      <w:pPr>
        <w:rPr>
          <w:sz w:val="24"/>
          <w:szCs w:val="24"/>
        </w:rPr>
      </w:pPr>
      <w:r w:rsidRPr="00434BBA">
        <w:rPr>
          <w:sz w:val="24"/>
          <w:szCs w:val="24"/>
        </w:rP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p>
    <w:p w14:paraId="58904031" w14:textId="77777777" w:rsidR="00A768B7" w:rsidRPr="00434BBA" w:rsidRDefault="00000000">
      <w:pPr>
        <w:rPr>
          <w:sz w:val="24"/>
          <w:szCs w:val="24"/>
        </w:rPr>
      </w:pPr>
      <w:r w:rsidRPr="00434BBA">
        <w:rPr>
          <w:b/>
          <w:sz w:val="24"/>
          <w:szCs w:val="24"/>
        </w:rPr>
        <w:t>Questions the AI Suggested You Investigate Further</w:t>
      </w:r>
    </w:p>
    <w:p w14:paraId="30FB7191" w14:textId="77777777" w:rsidR="00A768B7" w:rsidRPr="00434BBA" w:rsidRDefault="00000000">
      <w:pPr>
        <w:rPr>
          <w:sz w:val="24"/>
          <w:szCs w:val="24"/>
        </w:rPr>
      </w:pPr>
      <w:r w:rsidRPr="00434BBA">
        <w:rPr>
          <w:sz w:val="24"/>
          <w:szCs w:val="24"/>
        </w:rP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p>
    <w:p w14:paraId="39409261" w14:textId="77777777" w:rsidR="00A768B7" w:rsidRPr="00434BBA" w:rsidRDefault="00000000">
      <w:pPr>
        <w:rPr>
          <w:sz w:val="24"/>
          <w:szCs w:val="24"/>
        </w:rPr>
      </w:pPr>
      <w:r w:rsidRPr="00434BBA">
        <w:rPr>
          <w:b/>
          <w:sz w:val="24"/>
          <w:szCs w:val="24"/>
        </w:rPr>
        <w:t xml:space="preserve">How Did the AI's Findings Compare </w:t>
      </w:r>
      <w:proofErr w:type="gramStart"/>
      <w:r w:rsidRPr="00434BBA">
        <w:rPr>
          <w:b/>
          <w:sz w:val="24"/>
          <w:szCs w:val="24"/>
        </w:rPr>
        <w:t>With</w:t>
      </w:r>
      <w:proofErr w:type="gramEnd"/>
      <w:r w:rsidRPr="00434BBA">
        <w:rPr>
          <w:b/>
          <w:sz w:val="24"/>
          <w:szCs w:val="24"/>
        </w:rPr>
        <w:t xml:space="preserve"> Your Own Observations?</w:t>
      </w:r>
    </w:p>
    <w:p w14:paraId="7D3C70BF" w14:textId="77777777" w:rsidR="00A768B7" w:rsidRPr="00434BBA" w:rsidRDefault="00000000">
      <w:pPr>
        <w:rPr>
          <w:sz w:val="24"/>
          <w:szCs w:val="24"/>
        </w:rPr>
      </w:pPr>
      <w:r w:rsidRPr="00434BBA">
        <w:rPr>
          <w:sz w:val="24"/>
          <w:szCs w:val="24"/>
        </w:rP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p>
    <w:p w14:paraId="12BE439B" w14:textId="77777777" w:rsidR="00A768B7" w:rsidRPr="00434BBA" w:rsidRDefault="00000000">
      <w:pPr>
        <w:rPr>
          <w:sz w:val="24"/>
          <w:szCs w:val="24"/>
        </w:rPr>
      </w:pPr>
      <w:r w:rsidRPr="00434BBA">
        <w:rPr>
          <w:b/>
          <w:sz w:val="24"/>
          <w:szCs w:val="24"/>
        </w:rPr>
        <w:t>Additional Notes or Observations</w:t>
      </w:r>
    </w:p>
    <w:p w14:paraId="28343A4C" w14:textId="77777777" w:rsidR="00A768B7" w:rsidRPr="00434BBA" w:rsidRDefault="00000000">
      <w:pPr>
        <w:rPr>
          <w:sz w:val="24"/>
          <w:szCs w:val="24"/>
        </w:rPr>
      </w:pPr>
      <w:r w:rsidRPr="00434BBA">
        <w:rPr>
          <w:sz w:val="24"/>
          <w:szCs w:val="24"/>
        </w:rP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p>
    <w:p w14:paraId="76AD36CB" w14:textId="77777777" w:rsidR="00A768B7" w:rsidRPr="00434BBA" w:rsidRDefault="00000000">
      <w:pPr>
        <w:rPr>
          <w:sz w:val="24"/>
          <w:szCs w:val="24"/>
        </w:rPr>
      </w:pPr>
      <w:r w:rsidRPr="00434BBA">
        <w:rPr>
          <w:b/>
          <w:sz w:val="24"/>
          <w:szCs w:val="24"/>
        </w:rPr>
        <w:t>Business Coach Tip</w:t>
      </w:r>
    </w:p>
    <w:p w14:paraId="6E1C0AFF" w14:textId="77777777" w:rsidR="00A768B7" w:rsidRPr="00434BBA" w:rsidRDefault="00000000">
      <w:pPr>
        <w:rPr>
          <w:sz w:val="24"/>
          <w:szCs w:val="24"/>
        </w:rPr>
      </w:pPr>
      <w:r w:rsidRPr="00434BBA">
        <w:rPr>
          <w:sz w:val="24"/>
          <w:szCs w:val="24"/>
        </w:rPr>
        <w:t>The quality of AI's answers depends on the quality of your questions.</w:t>
      </w:r>
      <w:r w:rsidRPr="00434BBA">
        <w:rPr>
          <w:sz w:val="24"/>
          <w:szCs w:val="24"/>
        </w:rPr>
        <w:br/>
      </w:r>
      <w:r w:rsidRPr="00434BBA">
        <w:rPr>
          <w:sz w:val="24"/>
          <w:szCs w:val="24"/>
        </w:rPr>
        <w:br/>
        <w:t>Instead of asking:</w:t>
      </w:r>
      <w:r w:rsidRPr="00434BBA">
        <w:rPr>
          <w:sz w:val="24"/>
          <w:szCs w:val="24"/>
        </w:rPr>
        <w:br/>
      </w:r>
      <w:r w:rsidRPr="00B5636B">
        <w:rPr>
          <w:i/>
          <w:iCs/>
          <w:sz w:val="24"/>
          <w:szCs w:val="24"/>
        </w:rPr>
        <w:t>"What business should I start?"</w:t>
      </w:r>
      <w:r w:rsidRPr="00434BBA">
        <w:rPr>
          <w:sz w:val="24"/>
          <w:szCs w:val="24"/>
        </w:rPr>
        <w:br/>
      </w:r>
      <w:r w:rsidRPr="00434BBA">
        <w:rPr>
          <w:sz w:val="24"/>
          <w:szCs w:val="24"/>
        </w:rPr>
        <w:br/>
        <w:t>Try asking:</w:t>
      </w:r>
      <w:r w:rsidRPr="00434BBA">
        <w:rPr>
          <w:sz w:val="24"/>
          <w:szCs w:val="24"/>
        </w:rPr>
        <w:br/>
      </w:r>
      <w:r w:rsidRPr="00B5636B">
        <w:rPr>
          <w:i/>
          <w:iCs/>
          <w:sz w:val="24"/>
          <w:szCs w:val="24"/>
        </w:rPr>
        <w:t xml:space="preserve">"Based on the customer interviews, competitor research, and market observations I've </w:t>
      </w:r>
      <w:r w:rsidRPr="00B5636B">
        <w:rPr>
          <w:i/>
          <w:iCs/>
          <w:sz w:val="24"/>
          <w:szCs w:val="24"/>
        </w:rPr>
        <w:lastRenderedPageBreak/>
        <w:t>collected, what opportunities or patterns do you see?"</w:t>
      </w:r>
      <w:r w:rsidRPr="00434BBA">
        <w:rPr>
          <w:sz w:val="24"/>
          <w:szCs w:val="24"/>
        </w:rPr>
        <w:br/>
      </w:r>
      <w:r w:rsidRPr="00434BBA">
        <w:rPr>
          <w:sz w:val="24"/>
          <w:szCs w:val="24"/>
        </w:rPr>
        <w:br/>
        <w:t>The more specific your prompt, the more valuable the response.</w:t>
      </w:r>
    </w:p>
    <w:p w14:paraId="44DEBF37" w14:textId="77777777" w:rsidR="00A768B7" w:rsidRPr="00434BBA" w:rsidRDefault="00000000">
      <w:pPr>
        <w:rPr>
          <w:sz w:val="24"/>
          <w:szCs w:val="24"/>
        </w:rPr>
      </w:pPr>
      <w:r w:rsidRPr="00434BBA">
        <w:rPr>
          <w:b/>
          <w:sz w:val="24"/>
          <w:szCs w:val="24"/>
        </w:rPr>
        <w:t>Key Insight</w:t>
      </w:r>
    </w:p>
    <w:p w14:paraId="305A6E15" w14:textId="77777777" w:rsidR="00A768B7" w:rsidRPr="00434BBA" w:rsidRDefault="00000000">
      <w:pPr>
        <w:rPr>
          <w:sz w:val="24"/>
          <w:szCs w:val="24"/>
        </w:rPr>
      </w:pPr>
      <w:r w:rsidRPr="00434BBA">
        <w:rPr>
          <w:sz w:val="24"/>
          <w:szCs w:val="24"/>
        </w:rPr>
        <w:t>What was the most valuable insight AI helped you uncover?</w:t>
      </w:r>
      <w:r w:rsidRPr="00434BBA">
        <w:rPr>
          <w:sz w:val="24"/>
          <w:szCs w:val="24"/>
        </w:rPr>
        <w:br/>
      </w:r>
      <w:r w:rsidRPr="00434BBA">
        <w:rPr>
          <w:sz w:val="24"/>
          <w:szCs w:val="24"/>
        </w:rPr>
        <w:br/>
        <w:t>______________________________________________________________</w:t>
      </w:r>
      <w:r w:rsidRPr="00434BBA">
        <w:rPr>
          <w:sz w:val="24"/>
          <w:szCs w:val="24"/>
        </w:rPr>
        <w:br/>
        <w:t>______________________________________________________________</w:t>
      </w:r>
    </w:p>
    <w:p w14:paraId="183DF1F3" w14:textId="77777777" w:rsidR="00A768B7" w:rsidRPr="00434BBA" w:rsidRDefault="00000000">
      <w:pPr>
        <w:rPr>
          <w:sz w:val="24"/>
          <w:szCs w:val="24"/>
        </w:rPr>
      </w:pPr>
      <w:r w:rsidRPr="00434BBA">
        <w:rPr>
          <w:b/>
          <w:sz w:val="24"/>
          <w:szCs w:val="24"/>
        </w:rPr>
        <w:t>Reflection</w:t>
      </w:r>
    </w:p>
    <w:p w14:paraId="1B77B459" w14:textId="77777777" w:rsidR="00A768B7" w:rsidRPr="00434BBA" w:rsidRDefault="00000000">
      <w:pPr>
        <w:rPr>
          <w:sz w:val="24"/>
          <w:szCs w:val="24"/>
        </w:rPr>
      </w:pPr>
      <w:r w:rsidRPr="00434BBA">
        <w:rPr>
          <w:sz w:val="24"/>
          <w:szCs w:val="24"/>
        </w:rPr>
        <w:t>Did AI confirm what you already believed, reveal something new, or raise new questions? How will you use these insights moving forward?</w:t>
      </w:r>
      <w:r w:rsidRPr="00434BBA">
        <w:rPr>
          <w:sz w:val="24"/>
          <w:szCs w:val="24"/>
        </w:rPr>
        <w:br/>
      </w:r>
      <w:r w:rsidRPr="00434BBA">
        <w:rPr>
          <w:sz w:val="24"/>
          <w:szCs w:val="24"/>
        </w:rPr>
        <w:br/>
        <w:t>______________________________________________________________</w:t>
      </w:r>
      <w:r w:rsidRPr="00434BBA">
        <w:rPr>
          <w:sz w:val="24"/>
          <w:szCs w:val="24"/>
        </w:rPr>
        <w:br/>
        <w:t>______________________________________________________________</w:t>
      </w:r>
      <w:r w:rsidRPr="00434BBA">
        <w:rPr>
          <w:sz w:val="24"/>
          <w:szCs w:val="24"/>
        </w:rPr>
        <w:br/>
        <w:t>______________________________________________________________</w:t>
      </w:r>
    </w:p>
    <w:p w14:paraId="5A4E6F3B" w14:textId="77777777" w:rsidR="00A768B7" w:rsidRPr="00434BBA" w:rsidRDefault="00000000">
      <w:pPr>
        <w:rPr>
          <w:sz w:val="24"/>
          <w:szCs w:val="24"/>
        </w:rPr>
      </w:pPr>
      <w:r w:rsidRPr="00434BBA">
        <w:rPr>
          <w:b/>
          <w:sz w:val="24"/>
          <w:szCs w:val="24"/>
        </w:rPr>
        <w:t>Today's Checklist</w:t>
      </w:r>
    </w:p>
    <w:p w14:paraId="0E0E0D6B" w14:textId="77777777" w:rsidR="00A768B7" w:rsidRPr="00434BBA" w:rsidRDefault="00000000">
      <w:pPr>
        <w:rPr>
          <w:sz w:val="24"/>
          <w:szCs w:val="24"/>
        </w:rPr>
      </w:pPr>
      <w:r w:rsidRPr="00434BBA">
        <w:rPr>
          <w:sz w:val="24"/>
          <w:szCs w:val="24"/>
        </w:rPr>
        <w:t>☐ I analyzed one type of market research using AI.</w:t>
      </w:r>
    </w:p>
    <w:p w14:paraId="4C257353" w14:textId="77777777" w:rsidR="00A768B7" w:rsidRPr="00434BBA" w:rsidRDefault="00000000">
      <w:pPr>
        <w:rPr>
          <w:sz w:val="24"/>
          <w:szCs w:val="24"/>
        </w:rPr>
      </w:pPr>
      <w:r w:rsidRPr="00434BBA">
        <w:rPr>
          <w:sz w:val="24"/>
          <w:szCs w:val="24"/>
        </w:rPr>
        <w:t xml:space="preserve">☐ I reviewed </w:t>
      </w:r>
      <w:proofErr w:type="gramStart"/>
      <w:r w:rsidRPr="00434BBA">
        <w:rPr>
          <w:sz w:val="24"/>
          <w:szCs w:val="24"/>
        </w:rPr>
        <w:t>the AI's</w:t>
      </w:r>
      <w:proofErr w:type="gramEnd"/>
      <w:r w:rsidRPr="00434BBA">
        <w:rPr>
          <w:sz w:val="24"/>
          <w:szCs w:val="24"/>
        </w:rPr>
        <w:t xml:space="preserve"> summary of my research.</w:t>
      </w:r>
    </w:p>
    <w:p w14:paraId="53C60C7F" w14:textId="77777777" w:rsidR="00A768B7" w:rsidRPr="00434BBA" w:rsidRDefault="00000000">
      <w:pPr>
        <w:rPr>
          <w:sz w:val="24"/>
          <w:szCs w:val="24"/>
        </w:rPr>
      </w:pPr>
      <w:r w:rsidRPr="00434BBA">
        <w:rPr>
          <w:sz w:val="24"/>
          <w:szCs w:val="24"/>
        </w:rPr>
        <w:t>☐ I identified recurring themes or challenges.</w:t>
      </w:r>
    </w:p>
    <w:p w14:paraId="6FDA39B4" w14:textId="77777777" w:rsidR="00A768B7" w:rsidRPr="00434BBA" w:rsidRDefault="00000000">
      <w:pPr>
        <w:rPr>
          <w:sz w:val="24"/>
          <w:szCs w:val="24"/>
        </w:rPr>
      </w:pPr>
      <w:r w:rsidRPr="00434BBA">
        <w:rPr>
          <w:sz w:val="24"/>
          <w:szCs w:val="24"/>
        </w:rPr>
        <w:t>☐ I compared the AI's findings with my own observations.</w:t>
      </w:r>
    </w:p>
    <w:p w14:paraId="21E498DE" w14:textId="77777777" w:rsidR="00A768B7" w:rsidRPr="00434BBA" w:rsidRDefault="00000000">
      <w:pPr>
        <w:rPr>
          <w:sz w:val="24"/>
          <w:szCs w:val="24"/>
        </w:rPr>
      </w:pPr>
      <w:r w:rsidRPr="00434BBA">
        <w:rPr>
          <w:sz w:val="24"/>
          <w:szCs w:val="24"/>
        </w:rPr>
        <w:t>☐ I remembered to validate AI insights with real customer evidence.</w:t>
      </w:r>
    </w:p>
    <w:p w14:paraId="6126F3A8" w14:textId="77777777" w:rsidR="00A768B7" w:rsidRPr="00434BBA" w:rsidRDefault="00000000">
      <w:pPr>
        <w:rPr>
          <w:sz w:val="24"/>
          <w:szCs w:val="24"/>
        </w:rPr>
      </w:pPr>
      <w:r w:rsidRPr="00434BBA">
        <w:rPr>
          <w:b/>
          <w:sz w:val="24"/>
          <w:szCs w:val="24"/>
        </w:rPr>
        <w:t>Need Help?</w:t>
      </w:r>
    </w:p>
    <w:p w14:paraId="2E5E57FD" w14:textId="77777777" w:rsidR="00A768B7" w:rsidRPr="00434BBA" w:rsidRDefault="00000000">
      <w:pPr>
        <w:rPr>
          <w:sz w:val="24"/>
          <w:szCs w:val="24"/>
        </w:rPr>
      </w:pPr>
      <w:r w:rsidRPr="00434BBA">
        <w:rPr>
          <w:sz w:val="24"/>
          <w:szCs w:val="24"/>
        </w:rPr>
        <w:t>Need help interpreting your research or using AI effectively?</w:t>
      </w:r>
      <w:r w:rsidRPr="00434BBA">
        <w:rPr>
          <w:sz w:val="24"/>
          <w:szCs w:val="24"/>
        </w:rPr>
        <w:br/>
      </w:r>
      <w:r w:rsidRPr="00434BBA">
        <w:rPr>
          <w:sz w:val="24"/>
          <w:szCs w:val="24"/>
        </w:rPr>
        <w:br/>
        <w:t>The Hamilton Business Centre offers workshops, one-on-one consultations, and practical resources to help entrepreneurs combine traditional market research with modern tools like AI. We're here to help you make informed decisions using evidence, experience, and the right technology.</w:t>
      </w:r>
    </w:p>
    <w:sectPr w:rsidR="00A768B7" w:rsidRPr="00434BBA" w:rsidSect="00034616">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21FF5" w14:textId="77777777" w:rsidR="00474B03" w:rsidRDefault="00474B03" w:rsidP="00434BBA">
      <w:pPr>
        <w:spacing w:after="0" w:line="240" w:lineRule="auto"/>
      </w:pPr>
      <w:r>
        <w:separator/>
      </w:r>
    </w:p>
  </w:endnote>
  <w:endnote w:type="continuationSeparator" w:id="0">
    <w:p w14:paraId="503B6F91" w14:textId="77777777" w:rsidR="00474B03" w:rsidRDefault="00474B03" w:rsidP="00434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4304E" w14:textId="7489F8E8" w:rsidR="00434BBA" w:rsidRPr="00004E0D" w:rsidRDefault="00004E0D" w:rsidP="00004E0D">
    <w:pPr>
      <w:pStyle w:val="Footer"/>
      <w:jc w:val="center"/>
    </w:pPr>
    <w:r w:rsidRPr="00004E0D">
      <w:t>Market Research Made Simple | www.hamiltonbusinesscentre.ca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99DFE" w14:textId="77777777" w:rsidR="00474B03" w:rsidRDefault="00474B03" w:rsidP="00434BBA">
      <w:pPr>
        <w:spacing w:after="0" w:line="240" w:lineRule="auto"/>
      </w:pPr>
      <w:r>
        <w:separator/>
      </w:r>
    </w:p>
  </w:footnote>
  <w:footnote w:type="continuationSeparator" w:id="0">
    <w:p w14:paraId="64399ED7" w14:textId="77777777" w:rsidR="00474B03" w:rsidRDefault="00474B03" w:rsidP="00434B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3197575">
    <w:abstractNumId w:val="8"/>
  </w:num>
  <w:num w:numId="2" w16cid:durableId="1376663330">
    <w:abstractNumId w:val="6"/>
  </w:num>
  <w:num w:numId="3" w16cid:durableId="1751389637">
    <w:abstractNumId w:val="5"/>
  </w:num>
  <w:num w:numId="4" w16cid:durableId="1085417888">
    <w:abstractNumId w:val="4"/>
  </w:num>
  <w:num w:numId="5" w16cid:durableId="1998342103">
    <w:abstractNumId w:val="7"/>
  </w:num>
  <w:num w:numId="6" w16cid:durableId="918562873">
    <w:abstractNumId w:val="3"/>
  </w:num>
  <w:num w:numId="7" w16cid:durableId="943457205">
    <w:abstractNumId w:val="2"/>
  </w:num>
  <w:num w:numId="8" w16cid:durableId="689179903">
    <w:abstractNumId w:val="1"/>
  </w:num>
  <w:num w:numId="9" w16cid:durableId="1045914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E0D"/>
    <w:rsid w:val="00034616"/>
    <w:rsid w:val="0006063C"/>
    <w:rsid w:val="000C1DEB"/>
    <w:rsid w:val="0015074B"/>
    <w:rsid w:val="001B356F"/>
    <w:rsid w:val="0029639D"/>
    <w:rsid w:val="00326F90"/>
    <w:rsid w:val="00434BBA"/>
    <w:rsid w:val="00474B03"/>
    <w:rsid w:val="004E2E5F"/>
    <w:rsid w:val="007035D1"/>
    <w:rsid w:val="00722C2D"/>
    <w:rsid w:val="00A768B7"/>
    <w:rsid w:val="00AA1D8D"/>
    <w:rsid w:val="00B47730"/>
    <w:rsid w:val="00B5636B"/>
    <w:rsid w:val="00C07EB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D82DA4"/>
  <w14:defaultImageDpi w14:val="300"/>
  <w15:docId w15:val="{B7D180BA-009A-4F26-B5AB-B7758D7F7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Russell, Keith</cp:lastModifiedBy>
  <cp:revision>5</cp:revision>
  <dcterms:created xsi:type="dcterms:W3CDTF">2013-12-23T23:15:00Z</dcterms:created>
  <dcterms:modified xsi:type="dcterms:W3CDTF">2026-07-23T11:46:00Z</dcterms:modified>
  <cp:category/>
</cp:coreProperties>
</file>