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FC4B" w14:textId="77777777" w:rsidR="005E055D" w:rsidRDefault="005E055D" w:rsidP="005E055D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359D638" wp14:editId="487BE076">
            <wp:extent cx="1133475" cy="704850"/>
            <wp:effectExtent l="0" t="0" r="9525" b="0"/>
            <wp:docPr id="17544689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68999" name="Picture 17544689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BA22F" w14:textId="77777777" w:rsidR="005E055D" w:rsidRPr="00C7693D" w:rsidRDefault="005E055D" w:rsidP="005E055D">
      <w:pPr>
        <w:rPr>
          <w:sz w:val="52"/>
          <w:szCs w:val="52"/>
        </w:rPr>
      </w:pPr>
      <w:r w:rsidRPr="00C7693D">
        <w:rPr>
          <w:b/>
          <w:sz w:val="52"/>
          <w:szCs w:val="52"/>
        </w:rPr>
        <w:t>Market Research Made Simple</w:t>
      </w:r>
    </w:p>
    <w:p w14:paraId="326E45E0" w14:textId="5E53CED4" w:rsidR="00C11850" w:rsidRPr="005E055D" w:rsidRDefault="00000000">
      <w:pPr>
        <w:rPr>
          <w:sz w:val="32"/>
          <w:szCs w:val="32"/>
        </w:rPr>
      </w:pPr>
      <w:r w:rsidRPr="005E055D">
        <w:rPr>
          <w:b/>
          <w:sz w:val="32"/>
          <w:szCs w:val="32"/>
        </w:rPr>
        <w:t>Lesson 10 Worksheet</w:t>
      </w:r>
      <w:r w:rsidR="005E055D" w:rsidRPr="005E055D">
        <w:rPr>
          <w:sz w:val="32"/>
          <w:szCs w:val="32"/>
        </w:rPr>
        <w:t xml:space="preserve"> - </w:t>
      </w:r>
      <w:r w:rsidRPr="005E055D">
        <w:rPr>
          <w:b/>
          <w:sz w:val="32"/>
          <w:szCs w:val="32"/>
        </w:rPr>
        <w:t>Listen to the Conversation</w:t>
      </w:r>
    </w:p>
    <w:p w14:paraId="4B7B6B94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Lesson Objective</w:t>
      </w:r>
    </w:p>
    <w:p w14:paraId="58DAF85D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Use social media and online communities as market research tools to identify customer questions, frustrations, trends, and opportunities.</w:t>
      </w:r>
    </w:p>
    <w:p w14:paraId="6376DB54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Complete Your Challenge Activity</w:t>
      </w:r>
    </w:p>
    <w:p w14:paraId="61C913A9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Spend 20–30 minutes exploring the social platforms your customers are most likely to use. Listen to the conversations and record your observations below.</w:t>
      </w:r>
    </w:p>
    <w:p w14:paraId="7A0414AE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Five Questions People Ask Repeatedly</w:t>
      </w:r>
    </w:p>
    <w:p w14:paraId="099A52B2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</w:p>
    <w:p w14:paraId="00633755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Five Frustrations People Mention</w:t>
      </w:r>
    </w:p>
    <w:p w14:paraId="794E61FC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</w:p>
    <w:p w14:paraId="4F1203E6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Three Businesses That Receive Positive Recommendations</w:t>
      </w:r>
    </w:p>
    <w:p w14:paraId="012C6075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</w:p>
    <w:p w14:paraId="1E7D0A13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Three Common Themes You Notice</w:t>
      </w:r>
    </w:p>
    <w:p w14:paraId="3DF83CC4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lastRenderedPageBreak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</w:p>
    <w:p w14:paraId="77400394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One Opportunity My Business Could Address</w:t>
      </w:r>
    </w:p>
    <w:p w14:paraId="6DD63B26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</w:p>
    <w:p w14:paraId="4EA820B5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Additional Notes or Observations</w:t>
      </w:r>
    </w:p>
    <w:p w14:paraId="22FB9BFE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______________________________________________________________</w:t>
      </w:r>
    </w:p>
    <w:p w14:paraId="299C29C1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Business Coach Tip</w:t>
      </w:r>
    </w:p>
    <w:p w14:paraId="66FA99B7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Resist the urge to jump into every conversation.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>Today's goal is to observe, not promote.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>The more time you spend listening, the better you'll understand your customers.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>Remember: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>Great marketing starts with great listening.</w:t>
      </w:r>
    </w:p>
    <w:p w14:paraId="36E8020F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Key Insight</w:t>
      </w:r>
    </w:p>
    <w:p w14:paraId="7DA3C799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What was the most valuable thing you learned from listening to online conversations?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>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</w:t>
      </w:r>
    </w:p>
    <w:p w14:paraId="0F2D23BC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Reflection</w:t>
      </w:r>
    </w:p>
    <w:p w14:paraId="51C08D2E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How can you use what you learned from social media conversations to improve your products, services, or marketing?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>____________________________________________________________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lastRenderedPageBreak/>
        <w:t>____________________________________________________________</w:t>
      </w:r>
      <w:r w:rsidRPr="004A593A">
        <w:rPr>
          <w:sz w:val="24"/>
          <w:szCs w:val="24"/>
        </w:rPr>
        <w:br/>
        <w:t>____________________________________________________________</w:t>
      </w:r>
    </w:p>
    <w:p w14:paraId="62F50C27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Today's Checklist</w:t>
      </w:r>
    </w:p>
    <w:p w14:paraId="6DE02A54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☐ I explored the social platforms my customers use.</w:t>
      </w:r>
    </w:p>
    <w:p w14:paraId="4BC4C383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☐ I identified recurring customer questions.</w:t>
      </w:r>
    </w:p>
    <w:p w14:paraId="568D611D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☐ I recorded common frustrations.</w:t>
      </w:r>
    </w:p>
    <w:p w14:paraId="08D37E4A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☐ I identified businesses that customers recommend.</w:t>
      </w:r>
    </w:p>
    <w:p w14:paraId="34A08DD0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☐ I discovered at least one opportunity for my business.</w:t>
      </w:r>
    </w:p>
    <w:p w14:paraId="29C94681" w14:textId="77777777" w:rsidR="00C11850" w:rsidRPr="004A593A" w:rsidRDefault="00000000">
      <w:pPr>
        <w:rPr>
          <w:sz w:val="24"/>
          <w:szCs w:val="24"/>
        </w:rPr>
      </w:pPr>
      <w:r w:rsidRPr="004A593A">
        <w:rPr>
          <w:b/>
          <w:sz w:val="24"/>
          <w:szCs w:val="24"/>
        </w:rPr>
        <w:t>Need Help?</w:t>
      </w:r>
    </w:p>
    <w:p w14:paraId="29A29343" w14:textId="77777777" w:rsidR="00C11850" w:rsidRPr="004A593A" w:rsidRDefault="00000000">
      <w:pPr>
        <w:rPr>
          <w:sz w:val="24"/>
          <w:szCs w:val="24"/>
        </w:rPr>
      </w:pPr>
      <w:r w:rsidRPr="004A593A">
        <w:rPr>
          <w:sz w:val="24"/>
          <w:szCs w:val="24"/>
        </w:rPr>
        <w:t>Not sure where to look or how to interpret what you're seeing online?</w:t>
      </w:r>
      <w:r w:rsidRPr="004A593A">
        <w:rPr>
          <w:sz w:val="24"/>
          <w:szCs w:val="24"/>
        </w:rPr>
        <w:br/>
      </w:r>
      <w:r w:rsidRPr="004A593A">
        <w:rPr>
          <w:sz w:val="24"/>
          <w:szCs w:val="24"/>
        </w:rPr>
        <w:br/>
        <w:t xml:space="preserve">The Hamilton Business Centre is here to help. Our Business Advisors can help you identify meaningful insights, validate what you're discovering, and turn those observations into </w:t>
      </w:r>
      <w:proofErr w:type="gramStart"/>
      <w:r w:rsidRPr="004A593A">
        <w:rPr>
          <w:sz w:val="24"/>
          <w:szCs w:val="24"/>
        </w:rPr>
        <w:t>practical next</w:t>
      </w:r>
      <w:proofErr w:type="gramEnd"/>
      <w:r w:rsidRPr="004A593A">
        <w:rPr>
          <w:sz w:val="24"/>
          <w:szCs w:val="24"/>
        </w:rPr>
        <w:t xml:space="preserve"> steps for your business.</w:t>
      </w:r>
    </w:p>
    <w:sectPr w:rsidR="00C11850" w:rsidRPr="004A593A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95D1" w14:textId="77777777" w:rsidR="00DF4EA4" w:rsidRDefault="00DF4EA4" w:rsidP="004A593A">
      <w:pPr>
        <w:spacing w:after="0" w:line="240" w:lineRule="auto"/>
      </w:pPr>
      <w:r>
        <w:separator/>
      </w:r>
    </w:p>
  </w:endnote>
  <w:endnote w:type="continuationSeparator" w:id="0">
    <w:p w14:paraId="4396C382" w14:textId="77777777" w:rsidR="00DF4EA4" w:rsidRDefault="00DF4EA4" w:rsidP="004A5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B67A" w14:textId="3CA067B2" w:rsidR="004A593A" w:rsidRPr="00F26321" w:rsidRDefault="00F26321" w:rsidP="00F26321">
    <w:pPr>
      <w:pStyle w:val="Footer"/>
      <w:jc w:val="center"/>
    </w:pPr>
    <w:r w:rsidRPr="00F26321">
      <w:t>Market Research Made Simple | www.hamiltonbusinesscentre.ca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2B54" w14:textId="77777777" w:rsidR="00DF4EA4" w:rsidRDefault="00DF4EA4" w:rsidP="004A593A">
      <w:pPr>
        <w:spacing w:after="0" w:line="240" w:lineRule="auto"/>
      </w:pPr>
      <w:r>
        <w:separator/>
      </w:r>
    </w:p>
  </w:footnote>
  <w:footnote w:type="continuationSeparator" w:id="0">
    <w:p w14:paraId="2A4158AC" w14:textId="77777777" w:rsidR="00DF4EA4" w:rsidRDefault="00DF4EA4" w:rsidP="004A5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0710560">
    <w:abstractNumId w:val="8"/>
  </w:num>
  <w:num w:numId="2" w16cid:durableId="644510179">
    <w:abstractNumId w:val="6"/>
  </w:num>
  <w:num w:numId="3" w16cid:durableId="781339262">
    <w:abstractNumId w:val="5"/>
  </w:num>
  <w:num w:numId="4" w16cid:durableId="1772897987">
    <w:abstractNumId w:val="4"/>
  </w:num>
  <w:num w:numId="5" w16cid:durableId="865171139">
    <w:abstractNumId w:val="7"/>
  </w:num>
  <w:num w:numId="6" w16cid:durableId="1639601941">
    <w:abstractNumId w:val="3"/>
  </w:num>
  <w:num w:numId="7" w16cid:durableId="523640571">
    <w:abstractNumId w:val="2"/>
  </w:num>
  <w:num w:numId="8" w16cid:durableId="397018924">
    <w:abstractNumId w:val="1"/>
  </w:num>
  <w:num w:numId="9" w16cid:durableId="120999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1FF"/>
    <w:rsid w:val="0006063C"/>
    <w:rsid w:val="0015074B"/>
    <w:rsid w:val="0029639D"/>
    <w:rsid w:val="00326F90"/>
    <w:rsid w:val="004A593A"/>
    <w:rsid w:val="005E055D"/>
    <w:rsid w:val="006E5476"/>
    <w:rsid w:val="00A23568"/>
    <w:rsid w:val="00AA1D8D"/>
    <w:rsid w:val="00AC3E90"/>
    <w:rsid w:val="00B12EC6"/>
    <w:rsid w:val="00B47730"/>
    <w:rsid w:val="00C11850"/>
    <w:rsid w:val="00CB0664"/>
    <w:rsid w:val="00DF4EA4"/>
    <w:rsid w:val="00F263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78A929"/>
  <w14:defaultImageDpi w14:val="300"/>
  <w15:docId w15:val="{0D624FD9-C180-41EC-AE2A-3210551E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Russell, Keith</cp:lastModifiedBy>
  <cp:revision>4</cp:revision>
  <dcterms:created xsi:type="dcterms:W3CDTF">2013-12-23T23:15:00Z</dcterms:created>
  <dcterms:modified xsi:type="dcterms:W3CDTF">2026-07-23T11:45:00Z</dcterms:modified>
  <cp:category/>
</cp:coreProperties>
</file>